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  <w:jc w:val="center"/>
      </w:pPr>
      <w:r>
        <w:rPr>
          <w:rFonts w:ascii="標楷體" w:hAnsi="標楷體" w:eastAsia="標楷體"/>
          <w:b/>
          <w:sz w:val="30"/>
        </w:rPr>
        <w:t>臺中市【排球中年】協會第 1 屆理事（監事）選舉票</w:t>
      </w:r>
    </w:p>
    <w:p>
      <w:pPr>
        <w:spacing w:after="80" w:before="0"/>
      </w:pPr>
      <w:r>
        <w:rPr>
          <w:rFonts w:ascii="標楷體" w:hAnsi="標楷體" w:eastAsia="標楷體"/>
          <w:b w:val="0"/>
          <w:sz w:val="20"/>
        </w:rPr>
        <w:t>選舉票格式範例（一）：將全體被選舉人姓名列入選舉票，由選舉人圈選。本會應選理事 9 人（監事 3 人），請圈選不超過應選名額。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623"/>
        <w:gridCol w:w="1219"/>
        <w:gridCol w:w="567"/>
        <w:gridCol w:w="623"/>
        <w:gridCol w:w="1219"/>
        <w:gridCol w:w="567"/>
        <w:gridCol w:w="623"/>
        <w:gridCol w:w="1219"/>
        <w:gridCol w:w="567"/>
        <w:gridCol w:w="623"/>
        <w:gridCol w:w="1219"/>
      </w:tblGrid>
      <w:tr>
        <w:trPr>
          <w:tblHeader w:val="true"/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17"/>
              </w:rPr>
              <w:t>編號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17"/>
              </w:rPr>
              <w:t>圈選</w:t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17"/>
              </w:rPr>
              <w:t>候選人姓名</w:t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17"/>
              </w:rPr>
              <w:t>編號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17"/>
              </w:rPr>
              <w:t>圈選</w:t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17"/>
              </w:rPr>
              <w:t>候選人姓名</w:t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17"/>
              </w:rPr>
              <w:t>編號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17"/>
              </w:rPr>
              <w:t>圈選</w:t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17"/>
              </w:rPr>
              <w:t>候選人姓名</w:t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17"/>
              </w:rPr>
              <w:t>編號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17"/>
              </w:rPr>
              <w:t>圈選</w:t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17"/>
              </w:rPr>
              <w:t>候選人姓名</w:t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1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26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51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76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2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27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52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77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3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28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53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78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4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29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54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79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5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30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55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80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6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31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56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81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7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32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57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82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8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33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58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83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9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34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59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84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10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35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60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85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11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36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61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86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12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37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62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87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13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38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63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88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14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39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64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89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15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40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65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90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16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41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66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91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17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42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67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92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18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43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68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93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19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44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69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94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20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45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70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95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21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46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71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96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22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47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72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97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23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48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73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98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24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49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74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99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  <w:tr>
        <w:trPr>
          <w:trHeight w:val="385" w:hRule="atLeast"/>
        </w:trPr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25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50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75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  <w:t>100</w:t>
            </w:r>
          </w:p>
        </w:tc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  <w:tc>
          <w:tcPr>
            <w:tcW w:type="dxa" w:w="1219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18"/>
              </w:rPr>
            </w:r>
          </w:p>
        </w:tc>
      </w:tr>
    </w:tbl>
    <w:p>
      <w:pPr>
        <w:spacing w:after="40" w:before="80"/>
        <w:jc w:val="center"/>
      </w:pPr>
      <w:r>
        <w:rPr>
          <w:rFonts w:ascii="標楷體" w:hAnsi="標楷體" w:eastAsia="標楷體"/>
          <w:b w:val="0"/>
          <w:sz w:val="22"/>
        </w:rPr>
        <w:t>中　華　民　國　　　　年　　　　月　　　　日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說明：一、本格式係將全體被選舉人姓名印入選舉票（請依人數增減欄數，本範例為 100 人）。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二、應選名額、圈選方式等事項應印入選票中。採無記名連記法者於圈選時不得超過應選出名額，但得經出席會議人數三分之一以上同意，採用無記名限制連記法，其圈選額數為應選出名額之二分之一以內。圈選方式，係在「圈選」欄打「○」之記號。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三、本會應選理事 9 名則至多可圈選 9 名；如採用無記名限制連記法，則至多可圈選 4 名。（監事應選 3 名，至多圈選 3 名；限制連記時至多 1 名。）</w:t>
      </w:r>
    </w:p>
    <w:p>
      <w:r>
        <w:br w:type="page"/>
      </w:r>
    </w:p>
    <w:p>
      <w:pPr>
        <w:spacing w:after="120" w:before="0"/>
        <w:jc w:val="center"/>
      </w:pPr>
      <w:r>
        <w:rPr>
          <w:rFonts w:ascii="標楷體" w:hAnsi="標楷體" w:eastAsia="標楷體"/>
          <w:b/>
          <w:sz w:val="30"/>
        </w:rPr>
        <w:t>臺中市【排球中年】協會第 1 屆理事（監事）選舉票</w:t>
      </w:r>
    </w:p>
    <w:p>
      <w:pPr>
        <w:spacing w:after="120" w:before="0"/>
      </w:pPr>
      <w:r>
        <w:rPr>
          <w:rFonts w:ascii="標楷體" w:hAnsi="標楷體" w:eastAsia="標楷體"/>
          <w:b w:val="0"/>
          <w:sz w:val="22"/>
        </w:rPr>
        <w:t>選舉票格式範例（二）：按應選出名額劃定空白格位，由選舉人填寫。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804"/>
      </w:tblGrid>
      <w:tr>
        <w:trPr>
          <w:tblHeader w:val="true"/>
          <w:trHeight w:val="737" w:hRule="atLeast"/>
        </w:trPr>
        <w:tc>
          <w:tcPr>
            <w:tcW w:type="dxa" w:w="6803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填　選　候　選　人</w:t>
            </w:r>
          </w:p>
        </w:tc>
      </w:tr>
      <w:tr>
        <w:trPr>
          <w:trHeight w:val="737" w:hRule="atLeast"/>
        </w:trPr>
        <w:tc>
          <w:tcPr>
            <w:tcW w:type="dxa" w:w="6803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737" w:hRule="atLeast"/>
        </w:trPr>
        <w:tc>
          <w:tcPr>
            <w:tcW w:type="dxa" w:w="6803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737" w:hRule="atLeast"/>
        </w:trPr>
        <w:tc>
          <w:tcPr>
            <w:tcW w:type="dxa" w:w="6803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737" w:hRule="atLeast"/>
        </w:trPr>
        <w:tc>
          <w:tcPr>
            <w:tcW w:type="dxa" w:w="6803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737" w:hRule="atLeast"/>
        </w:trPr>
        <w:tc>
          <w:tcPr>
            <w:tcW w:type="dxa" w:w="6803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737" w:hRule="atLeast"/>
        </w:trPr>
        <w:tc>
          <w:tcPr>
            <w:tcW w:type="dxa" w:w="6803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737" w:hRule="atLeast"/>
        </w:trPr>
        <w:tc>
          <w:tcPr>
            <w:tcW w:type="dxa" w:w="6803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737" w:hRule="atLeast"/>
        </w:trPr>
        <w:tc>
          <w:tcPr>
            <w:tcW w:type="dxa" w:w="6803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  <w:tr>
        <w:trPr>
          <w:trHeight w:val="737" w:hRule="atLeast"/>
        </w:trPr>
        <w:tc>
          <w:tcPr>
            <w:tcW w:type="dxa" w:w="6803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4"/>
              </w:rPr>
            </w:r>
          </w:p>
        </w:tc>
      </w:tr>
    </w:tbl>
    <w:p>
      <w:pPr>
        <w:spacing w:after="80" w:before="120"/>
        <w:jc w:val="center"/>
      </w:pPr>
      <w:r>
        <w:rPr>
          <w:rFonts w:ascii="標楷體" w:hAnsi="標楷體" w:eastAsia="標楷體"/>
          <w:b w:val="0"/>
          <w:sz w:val="22"/>
        </w:rPr>
        <w:t>中　華　民　國　　　　年　　　　月　　　　日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說明：一、本格式於應選出名額為 9 人時適用之（本會理事應選 9 人）；選舉監事時改為 3 格。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二、填選名額、方式等事項應印入選票中。採無記名連記者於填寫時不得超過應選名額，惟如經出席會議人數三分之一以上同意得採用無記名限制連記法，其限制連記額數不得超過應選出名額之二分之一，填寫方式係在「填選候選人」欄填上候選人姓名。</w:t>
      </w:r>
    </w:p>
    <w:p>
      <w:r>
        <w:br w:type="page"/>
      </w:r>
    </w:p>
    <w:p>
      <w:pPr>
        <w:spacing w:after="120" w:before="0"/>
        <w:jc w:val="center"/>
      </w:pPr>
      <w:r>
        <w:rPr>
          <w:rFonts w:ascii="標楷體" w:hAnsi="標楷體" w:eastAsia="標楷體"/>
          <w:b/>
          <w:sz w:val="30"/>
        </w:rPr>
        <w:t>臺中市【排球中年】協會第 1 屆理事（監事）選舉票</w:t>
      </w:r>
    </w:p>
    <w:p>
      <w:pPr>
        <w:spacing w:after="120" w:before="0"/>
      </w:pPr>
      <w:r>
        <w:rPr>
          <w:rFonts w:ascii="標楷體" w:hAnsi="標楷體" w:eastAsia="標楷體"/>
          <w:b w:val="0"/>
          <w:sz w:val="22"/>
        </w:rPr>
        <w:t>選舉票格式範例（三）：將候選人參考名單列入選舉票，由選舉人圈選，並預留與應選出名額同額之空白格位，由選舉人填寫。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1134"/>
        <w:gridCol w:w="5103"/>
      </w:tblGrid>
      <w:tr>
        <w:trPr>
          <w:tblHeader w:val="true"/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2"/>
              </w:rPr>
              <w:t>編號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2"/>
              </w:rPr>
              <w:t>圈選</w:t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2"/>
              </w:rPr>
              <w:t>候選人</w:t>
            </w:r>
          </w:p>
        </w:tc>
      </w:tr>
      <w:tr>
        <w:trPr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（姓名）</w:t>
            </w:r>
          </w:p>
        </w:tc>
      </w:tr>
      <w:tr>
        <w:trPr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2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（姓名）</w:t>
            </w:r>
          </w:p>
        </w:tc>
      </w:tr>
      <w:tr>
        <w:trPr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（姓名）</w:t>
            </w:r>
          </w:p>
        </w:tc>
      </w:tr>
      <w:tr>
        <w:trPr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4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（姓名）</w:t>
            </w:r>
          </w:p>
        </w:tc>
      </w:tr>
      <w:tr>
        <w:trPr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（姓名）</w:t>
            </w:r>
          </w:p>
        </w:tc>
      </w:tr>
      <w:tr>
        <w:trPr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6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（姓名）</w:t>
            </w:r>
          </w:p>
        </w:tc>
      </w:tr>
      <w:tr>
        <w:trPr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7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（姓名）</w:t>
            </w:r>
          </w:p>
        </w:tc>
      </w:tr>
      <w:tr>
        <w:trPr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8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（姓名）</w:t>
            </w:r>
          </w:p>
        </w:tc>
      </w:tr>
      <w:tr>
        <w:trPr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9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（姓名）</w:t>
            </w:r>
          </w:p>
        </w:tc>
      </w:tr>
      <w:tr>
        <w:trPr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10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11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12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14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16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17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481" w:hRule="atLeast"/>
        </w:trP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18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51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</w:tbl>
    <w:p>
      <w:pPr>
        <w:spacing w:after="80" w:before="120"/>
        <w:jc w:val="center"/>
      </w:pPr>
      <w:r>
        <w:rPr>
          <w:rFonts w:ascii="標楷體" w:hAnsi="標楷體" w:eastAsia="標楷體"/>
          <w:b w:val="0"/>
          <w:sz w:val="22"/>
        </w:rPr>
        <w:t>中　華　民　國　　　　年　　　　月　　　　日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說明：一、本格式於應選出名額為 9 人時適用之。如在 9 人以上時，可依人數增欄數。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二、本格式係採候選人參考名單，參考名單應為選出名額之同額以上，並預留與應選出名額同額之空白格位。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三、圈、填選名額、方式等事項應印入選票中。採無記名連記法者圈寫時不得超過應選出名額（本範例連記名額為 9 人以內），惟如經出席會議人數三分之一以上同意得採用無記名限制連記法，其限制連記額數不得超過應選出名額二分之一，圈選方式在圈選欄打「○」之記號，或在填選候選人欄填上候選人姓名。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【使用說明】格式依《臺中市社會團體會務手冊》（114 年 7 月版）第 36–38 頁選舉票範例（一）（二）（三），由籌備會議決定採用哪一種（籌備會議紀錄第（六）案）。理事長、常務監事選舉可用範例（二）改為 1 格。</w:t>
      </w:r>
    </w:p>
    <w:sectPr w:rsidR="00FC693F" w:rsidRPr="0006063C" w:rsidSect="00034616">
      <w:pgSz w:w="11906" w:h="16838"/>
      <w:pgMar w:top="737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標楷體" w:hAnsi="標楷體" w:eastAsia="標楷體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排球中年協會籌備小組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