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臺中市社會團體申請書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已逐欄對照《臺中市社會團體會務手冊》（114 年 7 月版）第 6 頁〈臺中市社會團體申請書〉：欄位、附件順序、發起人代表簽章欄及附註均與手冊一致。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格式依據：臺中市政府社會局「籌組相關文件」所附〈臺中市社會團體申請書〉（社會局「籌組相關文件」第 4 頁；來源 https://www.society.taichung.gov.tw/media/1190442/籌組相關文件.pdf ）。【 】內為待填或可修改處。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申請日期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中華民國【　】年【　】月【　】日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受文者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臺中市政府社會局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申請團體名稱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臺中市【排球中年】協會【名稱暫定，待查重；由籌備小組決定】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附件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請依下列順序裝訂 1 冊正本：</w:t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■ 一、申請書。</w:t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■ 二、章程草案。</w:t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■ 三、發起人名冊及身分證明影本。</w:t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□ 四、其他必要文件。（無則免附）</w:t>
            </w:r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發起人代表：【發起人代表姓名】（簽名或蓋章）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公文寄送地址：【　　　　　　　　　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本案聯絡人：【　　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聯絡電話：【　　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申請書附註（官方原文）：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一、「申請團體名稱」欄載明團體之全稱。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二、申請書由發起人自行依格式印製使用。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三、發起人需為成年，並應有 30 人以上設籍或工作於本市者。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四、發起人應附「身分證明影本」1 份，請檢附國民身分證或駕駛執照或外僑居留證正反面影本，非設籍本市請加附工作地證明。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