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rFonts w:ascii="標楷體" w:hAnsi="標楷體" w:eastAsia="標楷體"/>
          <w:b/>
          <w:sz w:val="36"/>
        </w:rPr>
        <w:t>會址使用同意書</w:t>
      </w:r>
    </w:p>
    <w:p>
      <w:pPr>
        <w:spacing w:after="160" w:before="0"/>
      </w:pPr>
      <w:r>
        <w:rPr>
          <w:rFonts w:ascii="標楷體" w:hAnsi="標楷體" w:eastAsia="標楷體"/>
          <w:b w:val="0"/>
          <w:sz w:val="28"/>
        </w:rPr>
        <w:t>本人（或本公司）（房屋所有權人）＿＿＿＿＿＿＿＿所有座落於（地址）臺中市＿＿＿＿＿＿＿＿＿＿＿＿＿＿＿＿＿＿＿＿＿＿同意提供臺中市【排球中年】協會做為會址使用。</w:t>
      </w:r>
    </w:p>
    <w:p>
      <w:pPr>
        <w:spacing w:after="160" w:before="0"/>
      </w:pPr>
      <w:r>
        <w:rPr>
          <w:rFonts w:ascii="標楷體" w:hAnsi="標楷體" w:eastAsia="標楷體"/>
          <w:b w:val="0"/>
          <w:sz w:val="28"/>
        </w:rPr>
        <w:t>期間自＿＿＿年＿＿月＿＿日至＿＿＿年＿＿月＿＿日止。</w:t>
      </w:r>
    </w:p>
    <w:p>
      <w:pPr>
        <w:spacing w:after="480" w:before="0"/>
      </w:pPr>
      <w:r>
        <w:rPr>
          <w:rFonts w:ascii="標楷體" w:hAnsi="標楷體" w:eastAsia="標楷體"/>
          <w:b w:val="0"/>
          <w:sz w:val="28"/>
        </w:rPr>
        <w:t>恐空口無憑，特立此書為憑。</w:t>
      </w:r>
    </w:p>
    <w:p>
      <w:pPr>
        <w:spacing w:after="200" w:before="0"/>
      </w:pPr>
      <w:r>
        <w:rPr>
          <w:rFonts w:ascii="標楷體" w:hAnsi="標楷體" w:eastAsia="標楷體"/>
          <w:b w:val="0"/>
          <w:sz w:val="28"/>
        </w:rPr>
        <w:t>立同意書人：＿＿＿＿＿＿＿＿（簽名或蓋章）</w:t>
      </w:r>
    </w:p>
    <w:p>
      <w:pPr>
        <w:spacing w:after="200" w:before="0"/>
      </w:pPr>
      <w:r>
        <w:rPr>
          <w:rFonts w:ascii="標楷體" w:hAnsi="標楷體" w:eastAsia="標楷體"/>
          <w:b w:val="0"/>
          <w:sz w:val="28"/>
        </w:rPr>
        <w:t>身分證字號：＿＿＿＿＿＿＿＿＿＿</w:t>
      </w:r>
    </w:p>
    <w:p>
      <w:pPr>
        <w:spacing w:after="600" w:before="0"/>
      </w:pPr>
      <w:r>
        <w:rPr>
          <w:rFonts w:ascii="標楷體" w:hAnsi="標楷體" w:eastAsia="標楷體"/>
          <w:b w:val="0"/>
          <w:sz w:val="28"/>
        </w:rPr>
        <w:t>地　　　址：＿＿＿＿＿＿＿＿＿＿＿＿＿＿＿＿＿＿＿＿</w:t>
      </w:r>
    </w:p>
    <w:p>
      <w:pPr>
        <w:spacing w:after="480" w:before="0"/>
        <w:jc w:val="center"/>
      </w:pPr>
      <w:r>
        <w:rPr>
          <w:rFonts w:ascii="標楷體" w:hAnsi="標楷體" w:eastAsia="標楷體"/>
          <w:b w:val="0"/>
          <w:sz w:val="28"/>
        </w:rPr>
        <w:t>中　華　民　國　　　　年　　　　月　　　　日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備註：1. 請檢附「房屋稅單影本」或「房屋所有權狀影本」1 份。2. 房屋所有權人如為公司，請核公司及負責人章。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格式依《臺中市社會團體會務手冊》（114 年 7 月版）第 53 頁〈會址使用同意書〉。會址由第 1 次理事會決議（理事會紀錄討論提案第（一）案）。</w:t>
      </w:r>
    </w:p>
    <w:p>
      <w:r>
        <w:br w:type="page"/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2"/>
        </w:rPr>
        <w:t>申請「理事長當選證明書」表格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737" w:hRule="atLeast"/>
        </w:trPr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姓　　名</w:t>
            </w:r>
          </w:p>
        </w:tc>
        <w:tc>
          <w:tcPr>
            <w:tcW w:type="dxa" w:w="311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團體名稱</w:t>
            </w:r>
          </w:p>
        </w:tc>
        <w:tc>
          <w:tcPr>
            <w:tcW w:type="dxa" w:w="311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臺中市【排球中年】協會</w:t>
            </w:r>
          </w:p>
        </w:tc>
      </w:tr>
      <w:tr>
        <w:trPr>
          <w:trHeight w:val="737" w:hRule="atLeast"/>
        </w:trPr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出生年月日</w:t>
            </w:r>
          </w:p>
        </w:tc>
        <w:tc>
          <w:tcPr>
            <w:tcW w:type="dxa" w:w="311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 xml:space="preserve">　　年　　月　　日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當選屆次</w:t>
            </w:r>
          </w:p>
        </w:tc>
        <w:tc>
          <w:tcPr>
            <w:tcW w:type="dxa" w:w="311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第 1 屆</w:t>
            </w:r>
          </w:p>
        </w:tc>
      </w:tr>
      <w:tr>
        <w:trPr>
          <w:trHeight w:val="737" w:hRule="atLeast"/>
        </w:trPr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住　　址</w:t>
            </w:r>
          </w:p>
        </w:tc>
        <w:tc>
          <w:tcPr>
            <w:tcW w:type="dxa" w:w="3118"/>
            <w:gridSpan w:val="3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任　　期</w:t>
            </w:r>
          </w:p>
        </w:tc>
        <w:tc>
          <w:tcPr>
            <w:tcW w:type="dxa" w:w="3118"/>
            <w:gridSpan w:val="3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自＿＿＿年＿＿月＿＿日至＿＿＿年＿＿月＿＿日止</w:t>
            </w:r>
          </w:p>
        </w:tc>
      </w:tr>
      <w:tr>
        <w:trPr>
          <w:trHeight w:val="737" w:hRule="atLeast"/>
        </w:trPr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電　　話</w:t>
            </w:r>
          </w:p>
        </w:tc>
        <w:tc>
          <w:tcPr>
            <w:tcW w:type="dxa" w:w="3118"/>
            <w:gridSpan w:val="3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備　　註</w:t>
            </w:r>
          </w:p>
        </w:tc>
        <w:tc>
          <w:tcPr>
            <w:tcW w:type="dxa" w:w="3118"/>
            <w:gridSpan w:val="3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</w:tbl>
    <w:p>
      <w:pPr>
        <w:spacing w:after="120" w:before="0"/>
      </w:pPr>
      <w:r>
        <w:rPr>
          <w:rFonts w:ascii="標楷體" w:hAnsi="標楷體" w:eastAsia="標楷體"/>
          <w:b w:val="0"/>
          <w:sz w:val="24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trHeight w:val="2948" w:hRule="atLeast"/>
        </w:trPr>
        <w:tc>
          <w:tcPr>
            <w:tcW w:type="dxa" w:w="48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身分證影本（正面）</w:t>
              <w:br/>
            </w:r>
            <w:r>
              <w:rPr>
                <w:rFonts w:ascii="標楷體" w:hAnsi="標楷體" w:eastAsia="標楷體"/>
                <w:b w:val="0"/>
                <w:sz w:val="24"/>
              </w:rPr>
              <w:t>黏貼處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身分證影本（反面）</w:t>
              <w:br/>
            </w:r>
            <w:r>
              <w:rPr>
                <w:rFonts w:ascii="標楷體" w:hAnsi="標楷體" w:eastAsia="標楷體"/>
                <w:b w:val="0"/>
                <w:sz w:val="24"/>
              </w:rPr>
              <w:t>黏貼處</w:t>
            </w:r>
          </w:p>
        </w:tc>
      </w:tr>
      <w:tr>
        <w:trPr>
          <w:trHeight w:val="2948" w:hRule="atLeast"/>
        </w:trPr>
        <w:tc>
          <w:tcPr>
            <w:tcW w:type="dxa" w:w="48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2 吋相片（一）</w:t>
              <w:br/>
            </w:r>
            <w:r>
              <w:rPr>
                <w:rFonts w:ascii="標楷體" w:hAnsi="標楷體" w:eastAsia="標楷體"/>
                <w:b w:val="0"/>
                <w:sz w:val="24"/>
              </w:rPr>
              <w:t>請浮貼</w:t>
              <w:br/>
            </w:r>
            <w:r>
              <w:rPr>
                <w:rFonts w:ascii="標楷體" w:hAnsi="標楷體" w:eastAsia="標楷體"/>
                <w:b w:val="0"/>
                <w:sz w:val="24"/>
              </w:rPr>
              <w:t>（請勿貼實）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  <w:t>2 吋相片（二）</w:t>
              <w:br/>
            </w:r>
            <w:r>
              <w:rPr>
                <w:rFonts w:ascii="標楷體" w:hAnsi="標楷體" w:eastAsia="標楷體"/>
                <w:b w:val="0"/>
                <w:sz w:val="24"/>
              </w:rPr>
              <w:t>請浮貼</w:t>
              <w:br/>
            </w:r>
            <w:r>
              <w:rPr>
                <w:rFonts w:ascii="標楷體" w:hAnsi="標楷體" w:eastAsia="標楷體"/>
                <w:b w:val="0"/>
                <w:sz w:val="24"/>
              </w:rPr>
              <w:t>（請勿貼實）</w:t>
            </w:r>
          </w:p>
        </w:tc>
      </w:tr>
    </w:tbl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格式依《臺中市社會團體會務手冊》（114 年 7 月版）第 54 頁〈申請「理事長當選證明書」表格〉；隨申請立案函送社會局。</w:t>
      </w:r>
    </w:p>
    <w:p>
      <w:r>
        <w:br w:type="page"/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2"/>
        </w:rPr>
        <w:t>臺中市【排球中年】協會　圖記印模單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trHeight w:val="567" w:hRule="atLeast"/>
        </w:trPr>
        <w:tc>
          <w:tcPr>
            <w:tcW w:type="dxa" w:w="48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圖記印模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理事長職章（簽字章或私章）</w:t>
            </w:r>
          </w:p>
        </w:tc>
      </w:tr>
      <w:tr>
        <w:trPr>
          <w:trHeight w:val="4819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</w:tbl>
    <w:p>
      <w:pPr>
        <w:spacing w:after="200" w:before="280"/>
      </w:pPr>
      <w:r>
        <w:rPr>
          <w:rFonts w:ascii="標楷體" w:hAnsi="標楷體" w:eastAsia="標楷體"/>
          <w:b w:val="0"/>
          <w:sz w:val="28"/>
        </w:rPr>
        <w:t>成立日期：＿＿＿年＿＿月＿＿日</w:t>
      </w:r>
    </w:p>
    <w:p>
      <w:pPr>
        <w:spacing w:after="280" w:before="0"/>
      </w:pPr>
      <w:r>
        <w:rPr>
          <w:rFonts w:ascii="標楷體" w:hAnsi="標楷體" w:eastAsia="標楷體"/>
          <w:b w:val="0"/>
          <w:sz w:val="28"/>
        </w:rPr>
        <w:t>理事長＿＿＿＿＿＿（簽字章或私章）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格式依《臺中市社會團體會務手冊》（114 年 7 月版）第 80 頁〈圖記印模單〉。圖記由本會自行刻製（團體全名，邊長或直徑 3 公分以上），蓋在印模欄，用公文加印模單 1 式 2 份函報社會局備查；印模格線為方便蓋印所加，如社會局另有指示依其指示。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標楷體" w:hAnsi="標楷體" w:eastAsia="標楷體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