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  <w:jc w:val="center"/>
      </w:pPr>
      <w:r>
        <w:rPr>
          <w:rFonts w:ascii="標楷體" w:hAnsi="標楷體" w:eastAsia="標楷體"/>
          <w:b/>
          <w:sz w:val="32"/>
        </w:rPr>
        <w:t>臺中市【排球中年】協會第 1 屆個人會員名冊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37"/>
        <w:gridCol w:w="1474"/>
        <w:gridCol w:w="737"/>
        <w:gridCol w:w="1701"/>
        <w:gridCol w:w="3402"/>
        <w:gridCol w:w="1587"/>
      </w:tblGrid>
      <w:tr>
        <w:trPr>
          <w:tblHeader w:val="true"/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1"/>
              </w:rPr>
              <w:t>序號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1"/>
              </w:rPr>
              <w:t>姓　名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1"/>
              </w:rPr>
              <w:t>性別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1"/>
              </w:rPr>
              <w:t>聯 絡 電 話</w:t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1"/>
              </w:rPr>
              <w:t>聯　絡　地　址</w:t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1"/>
              </w:rPr>
              <w:t>備　註</w:t>
              <w:br/>
            </w:r>
            <w:r>
              <w:rPr>
                <w:rFonts w:ascii="標楷體" w:hAnsi="標楷體" w:eastAsia="標楷體"/>
                <w:b/>
                <w:sz w:val="21"/>
              </w:rPr>
              <w:t>（停權會員應予註記）</w:t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1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2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3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4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5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6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7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8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9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10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11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12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13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14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15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16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17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18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19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20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21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22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23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24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25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26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27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28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29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30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31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32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33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34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35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36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37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38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39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40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41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42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43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44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45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46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47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48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49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50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51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52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53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54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55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56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57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58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59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60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61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62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63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64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65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66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67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68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69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70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71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72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73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74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464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  <w:t>75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1"/>
              </w:rPr>
            </w:r>
          </w:p>
        </w:tc>
      </w:tr>
      <w:tr>
        <w:trPr>
          <w:trHeight w:val="510" w:hRule="atLeast"/>
        </w:trPr>
        <w:tc>
          <w:tcPr>
            <w:tcW w:type="dxa" w:w="9638"/>
            <w:gridSpan w:val="6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4"/>
              </w:rPr>
              <w:t>合　計　　　　人</w:t>
            </w:r>
          </w:p>
        </w:tc>
      </w:tr>
    </w:tbl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格式依《臺中市社會團體會務手冊》（114 年 7 月版）第 45 頁〈第○屆個人會員名冊〉（欄位與順序照手冊，未增列）。本表 75 列，人數不同請增刪列；也可用「會員名冊試算表」的「送件格式」分頁自動帶入後列印。</w:t>
      </w:r>
    </w:p>
    <w:p>
      <w:r>
        <w:br w:type="page"/>
      </w:r>
    </w:p>
    <w:p>
      <w:pPr>
        <w:spacing w:after="120" w:before="0"/>
        <w:jc w:val="center"/>
      </w:pPr>
      <w:r>
        <w:rPr>
          <w:rFonts w:ascii="標楷體" w:hAnsi="標楷體" w:eastAsia="標楷體"/>
          <w:b/>
          <w:sz w:val="32"/>
        </w:rPr>
        <w:t>臺中市【排球中年】協會第 1 屆理監事名冊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37"/>
        <w:gridCol w:w="1360"/>
        <w:gridCol w:w="1474"/>
        <w:gridCol w:w="737"/>
        <w:gridCol w:w="3628"/>
        <w:gridCol w:w="1701"/>
      </w:tblGrid>
      <w:tr>
        <w:trPr>
          <w:tblHeader w:val="true"/>
          <w:trHeight w:val="538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2"/>
              </w:rPr>
              <w:t>序號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2"/>
              </w:rPr>
              <w:t>職　稱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2"/>
              </w:rPr>
              <w:t>姓　名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2"/>
              </w:rPr>
              <w:t>性別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2"/>
              </w:rPr>
              <w:t>聯　絡　地　址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2"/>
              </w:rPr>
              <w:t>聯 絡 電 話</w:t>
            </w:r>
          </w:p>
        </w:tc>
      </w:tr>
      <w:tr>
        <w:trPr>
          <w:trHeight w:val="538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理事長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  <w:tr>
        <w:trPr>
          <w:trHeight w:val="538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2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理事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  <w:tr>
        <w:trPr>
          <w:trHeight w:val="538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3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理事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  <w:tr>
        <w:trPr>
          <w:trHeight w:val="538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4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理事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  <w:tr>
        <w:trPr>
          <w:trHeight w:val="538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5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理事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  <w:tr>
        <w:trPr>
          <w:trHeight w:val="538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6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理事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  <w:tr>
        <w:trPr>
          <w:trHeight w:val="538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7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理事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  <w:tr>
        <w:trPr>
          <w:trHeight w:val="538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8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理事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  <w:tr>
        <w:trPr>
          <w:trHeight w:val="538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9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理事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  <w:tr>
        <w:trPr>
          <w:trHeight w:val="538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10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候補理事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  <w:tr>
        <w:trPr>
          <w:trHeight w:val="538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11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候補理事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  <w:tr>
        <w:trPr>
          <w:trHeight w:val="538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12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候補理事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  <w:tr>
        <w:trPr>
          <w:trHeight w:val="538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13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常務監事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  <w:tr>
        <w:trPr>
          <w:trHeight w:val="538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14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監事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  <w:tr>
        <w:trPr>
          <w:trHeight w:val="538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15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監事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  <w:tr>
        <w:trPr>
          <w:trHeight w:val="538" w:hRule="atLeast"/>
        </w:trPr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16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候補監事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</w:tbl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職稱請依序填入「理事長」「常務理事」「理事」「候補理事」「監事會召集人」或「常務監事」「監事」「候補監事」等。</w:t>
      </w:r>
    </w:p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格式依《臺中市社會團體會務手冊》（114 年 7 月版）第 47 頁〈第○屆理監事名冊〉。職稱列數依章程草案 v0.2：理事 9 人（含理事長，不設常務理事）、候補理事 3 人、監事 3 人（含常務監事）、候補監事 1 人；章程定案後如有變動請調整。</w:t>
      </w:r>
    </w:p>
    <w:p>
      <w:r>
        <w:br w:type="page"/>
      </w:r>
    </w:p>
    <w:p>
      <w:pPr>
        <w:spacing w:after="120" w:before="0"/>
        <w:jc w:val="center"/>
      </w:pPr>
      <w:r>
        <w:rPr>
          <w:rFonts w:ascii="標楷體" w:hAnsi="標楷體" w:eastAsia="標楷體"/>
          <w:b/>
          <w:sz w:val="32"/>
        </w:rPr>
        <w:t>臺中市【排球中年】協會第 1 屆工作人員名冊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680"/>
        <w:gridCol w:w="1247"/>
        <w:gridCol w:w="1360"/>
        <w:gridCol w:w="680"/>
        <w:gridCol w:w="1587"/>
        <w:gridCol w:w="2948"/>
        <w:gridCol w:w="1134"/>
      </w:tblGrid>
      <w:tr>
        <w:trPr>
          <w:tblHeader w:val="true"/>
          <w:trHeight w:val="567" w:hRule="atLeast"/>
        </w:trPr>
        <w:tc>
          <w:tcPr>
            <w:tcW w:type="dxa" w:w="68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2"/>
              </w:rPr>
              <w:t>序號</w:t>
            </w:r>
          </w:p>
        </w:tc>
        <w:tc>
          <w:tcPr>
            <w:tcW w:type="dxa" w:w="124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2"/>
              </w:rPr>
              <w:t>職　稱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2"/>
              </w:rPr>
              <w:t>姓　名</w:t>
            </w:r>
          </w:p>
        </w:tc>
        <w:tc>
          <w:tcPr>
            <w:tcW w:type="dxa" w:w="68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2"/>
              </w:rPr>
              <w:t>性別</w:t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2"/>
              </w:rPr>
              <w:t>聯 絡 電 話</w:t>
            </w:r>
          </w:p>
        </w:tc>
        <w:tc>
          <w:tcPr>
            <w:tcW w:type="dxa" w:w="2948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2"/>
              </w:rPr>
              <w:t>聯　絡　地　址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/>
                <w:sz w:val="22"/>
              </w:rPr>
              <w:t>備　註</w:t>
            </w:r>
          </w:p>
        </w:tc>
      </w:tr>
      <w:tr>
        <w:trPr>
          <w:trHeight w:val="567" w:hRule="atLeast"/>
        </w:trPr>
        <w:tc>
          <w:tcPr>
            <w:tcW w:type="dxa" w:w="68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1</w:t>
            </w:r>
          </w:p>
        </w:tc>
        <w:tc>
          <w:tcPr>
            <w:tcW w:type="dxa" w:w="124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總幹事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  <w:tr>
        <w:trPr>
          <w:trHeight w:val="567" w:hRule="atLeast"/>
        </w:trPr>
        <w:tc>
          <w:tcPr>
            <w:tcW w:type="dxa" w:w="68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2</w:t>
            </w:r>
          </w:p>
        </w:tc>
        <w:tc>
          <w:tcPr>
            <w:tcW w:type="dxa" w:w="124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  <w:tr>
        <w:trPr>
          <w:trHeight w:val="567" w:hRule="atLeast"/>
        </w:trPr>
        <w:tc>
          <w:tcPr>
            <w:tcW w:type="dxa" w:w="68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3</w:t>
            </w:r>
          </w:p>
        </w:tc>
        <w:tc>
          <w:tcPr>
            <w:tcW w:type="dxa" w:w="124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  <w:tr>
        <w:trPr>
          <w:trHeight w:val="567" w:hRule="atLeast"/>
        </w:trPr>
        <w:tc>
          <w:tcPr>
            <w:tcW w:type="dxa" w:w="68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4</w:t>
            </w:r>
          </w:p>
        </w:tc>
        <w:tc>
          <w:tcPr>
            <w:tcW w:type="dxa" w:w="124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  <w:tr>
        <w:trPr>
          <w:trHeight w:val="567" w:hRule="atLeast"/>
        </w:trPr>
        <w:tc>
          <w:tcPr>
            <w:tcW w:type="dxa" w:w="68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5</w:t>
            </w:r>
          </w:p>
        </w:tc>
        <w:tc>
          <w:tcPr>
            <w:tcW w:type="dxa" w:w="124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  <w:tr>
        <w:trPr>
          <w:trHeight w:val="567" w:hRule="atLeast"/>
        </w:trPr>
        <w:tc>
          <w:tcPr>
            <w:tcW w:type="dxa" w:w="68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6</w:t>
            </w:r>
          </w:p>
        </w:tc>
        <w:tc>
          <w:tcPr>
            <w:tcW w:type="dxa" w:w="124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  <w:tr>
        <w:trPr>
          <w:trHeight w:val="567" w:hRule="atLeast"/>
        </w:trPr>
        <w:tc>
          <w:tcPr>
            <w:tcW w:type="dxa" w:w="68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7</w:t>
            </w:r>
          </w:p>
        </w:tc>
        <w:tc>
          <w:tcPr>
            <w:tcW w:type="dxa" w:w="124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  <w:tr>
        <w:trPr>
          <w:trHeight w:val="567" w:hRule="atLeast"/>
        </w:trPr>
        <w:tc>
          <w:tcPr>
            <w:tcW w:type="dxa" w:w="68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  <w:t>8</w:t>
            </w:r>
          </w:p>
        </w:tc>
        <w:tc>
          <w:tcPr>
            <w:tcW w:type="dxa" w:w="124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標楷體" w:hAnsi="標楷體" w:eastAsia="標楷體"/>
                <w:b w:val="0"/>
                <w:sz w:val="22"/>
              </w:rPr>
            </w:r>
          </w:p>
        </w:tc>
      </w:tr>
    </w:tbl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職稱請依社會團體工作人員管理辦法所訂職稱填列。</w:t>
      </w:r>
    </w:p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格式依《臺中市社會團體會務手冊》（114 年 7 月版）第 48 頁〈第○屆工作人員名冊〉。工作人員不得由選任之職員（理事、監事）擔任；現任理事長之配偶及三親等以內血親、姻親不得為專任工作人員。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標楷體" w:hAnsi="標楷體" w:eastAsia="標楷體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排球中年協會籌備小組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