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成立大會（第 1 屆第 1 次會員大會）暨第 1 屆第 1 次理事會、監事會：開會通知單、議程、會議紀錄範本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已對照《臺中市社會團體會務手冊》（114 年 7 月版）第 31–44 頁（開會通知單、成立大會／理事會／監事會議程、出席委託書、申請立案函、各會議紀錄）。選舉票、名冊、預算表等其他立案表格見網站「立案送件表格」。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依據：社會局「立案-成立大會會議紀錄及圖記備查」官方範本（開會通知單及議程（https://www.society.taichung.gov.tw/media/1205364/立案-開會通知單及議程.pdf）、會議紀錄相關文件（https://www.society.taichung.gov.tw/media/1205367/立案-會議紀錄相關文件.pdf））；社會團體許可立案作業規定第 14–17 點；人民團體法 §10。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 xml:space="preserve">重點：①成立大會要在 </w:t>
      </w:r>
      <w:r>
        <w:rPr>
          <w:rFonts w:ascii="標楷體" w:hAnsi="標楷體" w:eastAsia="標楷體"/>
          <w:b/>
          <w:i/>
          <w:color w:val="555555"/>
          <w:sz w:val="19"/>
        </w:rPr>
        <w:t>15 日前</w:t>
      </w:r>
      <w:r>
        <w:rPr>
          <w:rFonts w:ascii="標楷體" w:hAnsi="標楷體" w:eastAsia="標楷體"/>
          <w:b w:val="0"/>
          <w:i/>
          <w:color w:val="555555"/>
          <w:sz w:val="19"/>
        </w:rPr>
        <w:t>通知全體會員和</w:t>
      </w:r>
      <w:r>
        <w:rPr>
          <w:rFonts w:ascii="標楷體" w:hAnsi="標楷體" w:eastAsia="標楷體"/>
          <w:b/>
          <w:i/>
          <w:color w:val="555555"/>
          <w:sz w:val="19"/>
        </w:rPr>
        <w:t>臺中市政府社會局</w:t>
      </w:r>
      <w:r>
        <w:rPr>
          <w:rFonts w:ascii="標楷體" w:hAnsi="標楷體" w:eastAsia="標楷體"/>
          <w:b w:val="0"/>
          <w:i/>
          <w:color w:val="555555"/>
          <w:sz w:val="19"/>
        </w:rPr>
        <w:t xml:space="preserve">；②第 1 次理事會、監事會在同一天召開時，要在本通知中一併通知；③訂定章程要出席人數 2/3 以上同意；④成立大會後 </w:t>
      </w:r>
      <w:r>
        <w:rPr>
          <w:rFonts w:ascii="標楷體" w:hAnsi="標楷體" w:eastAsia="標楷體"/>
          <w:b/>
          <w:i/>
          <w:color w:val="555555"/>
          <w:sz w:val="19"/>
        </w:rPr>
        <w:t>30 日內</w:t>
      </w:r>
      <w:r>
        <w:rPr>
          <w:rFonts w:ascii="標楷體" w:hAnsi="標楷體" w:eastAsia="標楷體"/>
          <w:b w:val="0"/>
          <w:i/>
          <w:color w:val="555555"/>
          <w:sz w:val="19"/>
        </w:rPr>
        <w:t>報請立案。</w:t>
      </w:r>
    </w:p>
    <w:p>
      <w:r>
        <w:rPr>
          <w:rFonts w:ascii="標楷體" w:hAnsi="標楷體" w:eastAsia="標楷體"/>
          <w:b/>
          <w:i w:val="0"/>
          <w:sz w:val="28"/>
        </w:rPr>
        <w:t>一、開會通知單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臺中市【排球中年】協會成立大會（第 1 屆第 1 次會員大會）、理事、監事會議開會通知單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籌備期間聯絡地址：【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聯絡人及電話：【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受文者：全體會員、臺中市政府社會局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發文日期：中華民國【　】年【　】月【　】日（</w:t>
      </w:r>
      <w:r>
        <w:rPr>
          <w:rFonts w:ascii="標楷體" w:hAnsi="標楷體" w:eastAsia="標楷體"/>
          <w:b/>
          <w:i w:val="0"/>
          <w:sz w:val="24"/>
        </w:rPr>
        <w:t>最晚要在開會日前 15 日寄出</w:t>
      </w:r>
      <w:r>
        <w:rPr>
          <w:rFonts w:ascii="標楷體" w:hAnsi="標楷體" w:eastAsia="標楷體"/>
          <w:b w:val="0"/>
          <w:i w:val="0"/>
          <w:sz w:val="24"/>
        </w:rPr>
        <w:t>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發文字號：【　】籌字第【　】號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附件：議程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開會事由：召開「臺中市【排球中年】協會」成立大會（第 1 屆第 1 次會員大會）、理事、監事會議案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開會時間：中華民國【　】年【　】月【　】日（星期日）上（下）午【　】時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開會地點：【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主持人：籌備會主任委員【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出席者：會員【○○○】等【　】人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列席者：【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正本：會員【○○○】等【　】人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副本：臺中市政府社會局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籌備會主任委員【　】（簽字章或私章）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備註：1. 成立大會（第 1 屆第 1 次會員大會），應於 15 日前通知各應出席人員及主管機關。2. 第 1 次理事會、監事會於成立大會當日召開者，應於召開成立大會時一併通知。</w:t>
      </w:r>
    </w:p>
    <w:p>
      <w:r>
        <w:rPr>
          <w:rFonts w:ascii="標楷體" w:hAnsi="標楷體" w:eastAsia="標楷體"/>
          <w:b/>
          <w:i w:val="0"/>
          <w:sz w:val="28"/>
        </w:rPr>
        <w:t>二、議程</w:t>
      </w:r>
    </w:p>
    <w:p>
      <w:r>
        <w:rPr>
          <w:rFonts w:ascii="標楷體" w:hAnsi="標楷體" w:eastAsia="標楷體"/>
          <w:b/>
          <w:i w:val="0"/>
          <w:sz w:val="26"/>
        </w:rPr>
        <w:t>成立大會（第 1 屆第 1 次會員大會）議程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一、大會開始。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二、主席就位，宣布大會開始。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三、主席致詞。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四、介紹來賓。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五、來賓致詞（預先徵詢，沒有就不列）。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六、討論提案：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（一）通過籌備期間工作報告及經費收支報告。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（二）通過章程草案。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（三）通過【　】年度工作計畫案及【　】年度經費收支預算案。【下半年成立時，加上次一年度】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七、臨時動議。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八、選舉第 1 屆理事、監事。（請各位會員在理監事選舉時一併考量，任一性別人數不低於三分之一。）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九、散會。</w:t>
      </w:r>
    </w:p>
    <w:p>
      <w:r>
        <w:rPr>
          <w:rFonts w:ascii="標楷體" w:hAnsi="標楷體" w:eastAsia="標楷體"/>
          <w:b/>
          <w:i w:val="0"/>
          <w:sz w:val="26"/>
        </w:rPr>
        <w:t>第 1 屆第 1 次理事會議議程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一、會議開始。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二、主席致詞。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三、來賓致詞（預先徵詢，沒有就不列）。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四、報告事項。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五、選舉第 1 屆理事長（本會不設常務理事）。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六、討論提案：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（一）決定本會會址處所（含聯絡電話）案。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（二）聘任本會總幹事等工作人員案。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七、移交。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八、第 1 屆理事長致詞。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九、臨時動議。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十、散會。</w:t>
      </w:r>
    </w:p>
    <w:p>
      <w:r>
        <w:rPr>
          <w:rFonts w:ascii="標楷體" w:hAnsi="標楷體" w:eastAsia="標楷體"/>
          <w:b/>
          <w:i w:val="0"/>
          <w:sz w:val="26"/>
        </w:rPr>
        <w:t>第 1 屆第 1 次監事會議議程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一、會議開始。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二、主席致詞。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三、來賓致詞。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四、報告事項。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五、選舉第 1 屆常務監事。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六、第 1 屆常務監事致詞。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七、臨時動議。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八、散會。</w:t>
      </w:r>
    </w:p>
    <w:p>
      <w:r>
        <w:rPr>
          <w:rFonts w:ascii="標楷體" w:hAnsi="標楷體" w:eastAsia="標楷體"/>
          <w:b/>
          <w:i w:val="0"/>
          <w:sz w:val="28"/>
        </w:rPr>
        <w:t>三、會議紀錄</w:t>
      </w:r>
    </w:p>
    <w:p>
      <w:r>
        <w:rPr>
          <w:rFonts w:ascii="標楷體" w:hAnsi="標楷體" w:eastAsia="標楷體"/>
          <w:b/>
          <w:i w:val="0"/>
          <w:sz w:val="26"/>
        </w:rPr>
        <w:t>成立大會（第 1 屆第 1 次會員大會）會議紀錄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一、時間：中華民國【　】年【　】月【　】日 上（下）午【00:00】至【00:00】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二、地點：【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三、出席狀況：（一）應到【　】人（二）實到【　】人（含委託出席【　】人）（三）缺席【　】人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四、列席人員：【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五、主席：【　】　　紀錄：【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六、主席致詞：略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七、來賓致詞：略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八、報告事項：略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九、討論提案：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（一）案由：議決籌備期間工作報告及經費收支報告。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說明：本案已經籌備會審查，提請大會通過後報主管機關備查。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（二）案由：通過章程草案。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說明：本案已經籌備會審查，提請大會通過後報主管機關備查（須出席人數 2/3 以上同意）。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決議：【經出席　人中　人同意，照案通過。】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（三）案由：議決【　】年度工作計畫。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說明：同上。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（四）案由：議決【　】年度經費收支預算案。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說明：同上。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十、臨時動議：【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十一、選舉第 1 屆理監事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（一）發票：【　】　唱票：【　】　監票：【　】　計票：【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（二）選舉結果：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1. 理事當選【9】人：【姓名 票數…】；候補理事當選【3】人：【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2. 監事當選【3】人：【　】；候補監事當選【1】人：【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十二、散會。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主席：【　】（簽章）　　紀錄：【　】（簽章）（附：簽到簿）</w:t>
      </w:r>
    </w:p>
    <w:p>
      <w:r>
        <w:rPr>
          <w:rFonts w:ascii="標楷體" w:hAnsi="標楷體" w:eastAsia="標楷體"/>
          <w:b/>
          <w:i w:val="0"/>
          <w:sz w:val="26"/>
        </w:rPr>
        <w:t>第 1 屆第 1 次理事會議紀錄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一、時間：【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二、地點：【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三、出席狀況：應到【9】人、實到【　】人、缺席【　】人（理事不得委託出席）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四、缺席人員：【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五、列席人員：【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六、主席：【　】　　紀錄：【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七、主席致詞：略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八、來賓致詞：略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九、報告事項：略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十、選舉第 1 屆理事長：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（一）發票：【　】　唱票：【　】　監票：【　】　計票：【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（二）選舉結果：理事長當選人：【　】【　】票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十一、移交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十二、第 1 屆理事長致詞：略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十三、討論提案：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（一）案由：決定本會會址處所（含聯絡電話）案。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說明：會址處所要取得會址使用同意書，和房屋所有權證明（房屋稅單或房屋所有權狀影本）。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決議：通過會址設於臺中市【○○區○○路○號○樓】，聯絡電話：【04-○○○】。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（二）案由：聘任本會總幹事等工作人員案。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說明：工作人員不得由選任的職員擔任；現任理事長的配偶及三親等以內血親、姻親，不得擔任專任工作人員。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決議：聘任【　】為總幹事。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十四、臨時動議：【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十五、散會。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主席：【　】（簽章）　　紀錄：【　】（簽章）</w:t>
      </w:r>
    </w:p>
    <w:p>
      <w:r>
        <w:rPr>
          <w:rFonts w:ascii="標楷體" w:hAnsi="標楷體" w:eastAsia="標楷體"/>
          <w:b/>
          <w:i w:val="0"/>
          <w:sz w:val="26"/>
        </w:rPr>
        <w:t>第 1 屆第 1 次監事會議紀錄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一、時間：【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二、地點：【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三、出席狀況：應到【3】人、實到【　】人、缺席【　】人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四、缺席人員：【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五、列席人員：【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六、主席：【　】　　紀錄：【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七、主席致詞：略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八、來賓致詞：略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九、報告事項：略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十、選舉第 1 屆常務監事：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（一）發票：【　】　唱票：【　】　監票：【　】　計票：【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（二）選舉結果：常務監事當選人：【　】【　】票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十一、第 1 屆常務監事致詞：略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十二、討論提案：【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十三、臨時動議：【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十四、散會。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主席：【　】（簽章）　　紀錄：【　】（簽章）</w:t>
      </w:r>
    </w:p>
    <w:p>
      <w:r>
        <w:rPr>
          <w:rFonts w:ascii="標楷體" w:hAnsi="標楷體" w:eastAsia="標楷體"/>
          <w:b/>
          <w:i w:val="0"/>
          <w:sz w:val="28"/>
        </w:rPr>
        <w:t>四、附：出席委託書（官方範本）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委託書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本人因故不克出席本會成立大會（第 1 屆第 1 次會員大會），茲委託本會會員【○○○】代表本人出席。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此致　臺中市【排球中年】協會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委託人：【　】（簽章）　　受委託人：【　】（簽章）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中華民國【　】年【　】月【　】日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注意事項：1. 每位會員只能接受其他 1 位會員的委託。2. 開會時請持本委託書到報到處報到。3. 本表僅供參考，會員自行開立的委託書也有效。（籌備委員、理事、監事要親自出席，不得委託他人代理。）</w:t>
      </w:r>
    </w:p>
    <w:p>
      <w:r>
        <w:rPr>
          <w:rFonts w:ascii="標楷體" w:hAnsi="標楷體" w:eastAsia="標楷體"/>
          <w:b/>
          <w:i w:val="0"/>
          <w:sz w:val="28"/>
        </w:rPr>
        <w:t>五、附：報請立案公文（成立大會後 30 日內）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臺中市【排球中年】協會　函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受文者：臺中市政府社會局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發文日期：中華民國【　】年【　】月【　】日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發文字號：【　】字第【　】號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附件：如說明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主旨：檢具本會成立有關資料，敬請准予立案，並發給立案證書及理事長當選證明書，請查照。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說明：檢附資料如下：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一、成立大會（第 1 屆第 1 次會員大會）會議紀錄及簽到簿影本。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二、第 1 屆第 1 次理事會議、監事會議紀錄及簽到簿影本。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三、章程。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四、會員名冊。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五、理監事名冊及工作人員名冊。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六、成立大會籌備經過報告及籌備經費決算表。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七、年度工作計畫及預算表。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八、會址使用同意書、同意人房屋所有權證明文件影本。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九、理事長當選證明書申請書。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正本：臺中市政府社會局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副本：本會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理事長【　】（簽字章或私章）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標楷體" w:hAnsi="標楷體" w:eastAsia="標楷體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