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標楷體" w:hAnsi="標楷體" w:eastAsia="標楷體"/>
          <w:b/>
          <w:i w:val="0"/>
          <w:sz w:val="32"/>
        </w:rPr>
        <w:t>籌備會議：開會通知單、議程、會議紀錄範本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已對照《臺中市社會團體會務手冊》（114 年 7 月版）第 25–29 頁（籌備會開會通知單、議程、函、會議紀錄）。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依據：社會局官方範本（社會局「籌組相關文件」第 25–29 頁）；人民團體法 §9 II；社會團體許可立案作業規定第 13–15 點。</w:t>
      </w:r>
    </w:p>
    <w:p>
      <w:r>
        <w:rPr>
          <w:rFonts w:ascii="標楷體" w:hAnsi="標楷體" w:eastAsia="標楷體"/>
          <w:b w:val="0"/>
          <w:i/>
          <w:color w:val="555555"/>
          <w:sz w:val="19"/>
        </w:rPr>
        <w:t>重點：籌備會議</w:t>
      </w:r>
      <w:r>
        <w:rPr>
          <w:rFonts w:ascii="標楷體" w:hAnsi="標楷體" w:eastAsia="標楷體"/>
          <w:b/>
          <w:i/>
          <w:color w:val="555555"/>
          <w:sz w:val="19"/>
        </w:rPr>
        <w:t>要通知主管機關</w:t>
      </w:r>
      <w:r>
        <w:rPr>
          <w:rFonts w:ascii="標楷體" w:hAnsi="標楷體" w:eastAsia="標楷體"/>
          <w:b w:val="0"/>
          <w:i/>
          <w:color w:val="555555"/>
          <w:sz w:val="19"/>
        </w:rPr>
        <w:t>（副本給社會局），主管機關可以派員列席。籌備委員</w:t>
      </w:r>
      <w:r>
        <w:rPr>
          <w:rFonts w:ascii="標楷體" w:hAnsi="標楷體" w:eastAsia="標楷體"/>
          <w:b/>
          <w:i/>
          <w:color w:val="555555"/>
          <w:sz w:val="19"/>
        </w:rPr>
        <w:t>不得委託</w:t>
      </w:r>
      <w:r>
        <w:rPr>
          <w:rFonts w:ascii="標楷體" w:hAnsi="標楷體" w:eastAsia="標楷體"/>
          <w:b w:val="0"/>
          <w:i/>
          <w:color w:val="555555"/>
          <w:sz w:val="19"/>
        </w:rPr>
        <w:t>他人出席。會議紀錄自行留存，不用函報。籌備會議開幾次由團體自行決定。</w:t>
      </w:r>
    </w:p>
    <w:p>
      <w:r>
        <w:rPr>
          <w:rFonts w:ascii="標楷體" w:hAnsi="標楷體" w:eastAsia="標楷體"/>
          <w:b/>
          <w:i w:val="0"/>
          <w:sz w:val="28"/>
        </w:rPr>
        <w:t>一、開會通知單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臺中市【排球中年】協會籌備會　開會通知單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聯絡地址：【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聯絡人及電話：【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受文者：籌備委員【○○○】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　】籌字第【　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開會事由：召開「臺中市【排球中年】協會」第【1】次籌備會議案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開會時間：中華民國【　】年【　】月【　】日（星期日）上（下）午【　】時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開會地點：【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主持人：籌備會主任委員【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出席者：籌備委員【○○○、○○○、○○○、○○○、○○○】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列席者：【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正本：籌備委員【○○○、○○○、○○○、○○○、○○○】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副本：臺中市政府社會局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籌備會主任委員【　】（簽字章或私章）</w:t>
      </w:r>
    </w:p>
    <w:p>
      <w:r>
        <w:rPr>
          <w:rFonts w:ascii="標楷體" w:hAnsi="標楷體" w:eastAsia="標楷體"/>
          <w:b/>
          <w:i w:val="0"/>
          <w:sz w:val="28"/>
        </w:rPr>
        <w:t>二、議程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臺中市【排球中年】協會籌備會議議程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一、會議開始。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二、主席致詞。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三、來賓致詞。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四、報告事項。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（一）討論籌備期間聯絡地址及工作人員案。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（二）審查章程草案。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（三）審定會員名冊案。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（四）擬訂【　】年度工作計畫及【　】年度經費收支預算表。【下半年成立的團體要加做次一年度預算表】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（五）討論成立大會及理事會、監事會議召開日期、地點。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（六）理事、監事、常務理事、常務監事及理事長之選舉作業及選舉票格式。（本會章程草案未設常務理事，此部分免選）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（七）籌備期間經費收支情形案。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六、臨時動議。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七、散會。</w:t>
      </w:r>
    </w:p>
    <w:p>
      <w:r>
        <w:rPr>
          <w:rFonts w:ascii="標楷體" w:hAnsi="標楷體" w:eastAsia="標楷體"/>
          <w:b/>
          <w:i w:val="0"/>
          <w:sz w:val="28"/>
        </w:rPr>
        <w:t>三、會議紀錄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臺中市【排球中年】協會第【1】次籌備會議紀錄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一、時間：中華民國【　】年【　】月【　】日 上（下）午【00:00】至【00:00】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二、地點：【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三、出席人員：【　】（籌備委員須親自出席，過半數出席才可開會）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四、缺席人員：【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五、列席人員：【臺中市政府社會局○○○（如派員）】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六、主席：【　】　　紀錄：【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七、主席致詞：略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八、來賓致詞：略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九、報告事項：略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十、討論提案：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（一）案由：決定籌備期間聯絡地址及工作人員案。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說明：籌備期間要選定適當處所，作為辦公和通訊聯絡使用，並聘請專任或義務工作人員（執行秘書、會計、秘書）處理日常事務。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（二）案由：審查章程草案。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說明：章程草案須經籌備會議審查，再提會員大會通過。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決議：【修正通過，提成立大會審議。】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（三）案由：審定會員名冊案。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說明：審定會員資格（須經公開徵求），確定成立大會的應出席人數。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決議：【審定會員共　人。】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（四）案由：擬訂【　】年度工作計畫及【　】年度經費收支預算表。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說明：擬訂後提成立大會審議；會費收入要和會員名冊人數、章程所定金額相符。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（五）案由：成立大會（第 1 屆第 1 次會員大會）及理事會、監事會議召開之日期、地點。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說明：成立大會要在 15 日前通知全體會員和社會局；理監事會同一天召開時要一併通知。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決議：【訂於　年　月　日（星期　）於○○召開。】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（六）案由：決定理事、監事、常務理事、常務監事及理事長之選舉作業及選舉票格式案。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說明：依人民團體選舉罷免辦法相關規定辦理。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決議：【採選舉票格式範例（　），無記名連記法。】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（七）案由：籌備期間經費收支情形案。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說明：籌備期間需要的經費主要有印刷費（開會通知、紀錄、議程、出席證件、成立大會手冊、選舉票等）、郵電費、會議費、會場佈置費、文具費等。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 xml:space="preserve">　　決議：【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十一、臨時動議：【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十二、散會。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主席：【　】（簽章）　　紀錄：【　】（簽章）</w:t>
      </w:r>
    </w:p>
    <w:p>
      <w:r>
        <w:rPr>
          <w:rFonts w:ascii="標楷體" w:hAnsi="標楷體" w:eastAsia="標楷體"/>
          <w:b/>
          <w:i w:val="0"/>
          <w:sz w:val="28"/>
        </w:rPr>
        <w:t>四、檢送會議紀錄函（籌備會發給籌備委員）</w:t>
      </w:r>
    </w:p>
    <w:p>
      <w:pPr>
        <w:spacing w:after="40"/>
      </w:pPr>
      <w:r>
        <w:rPr>
          <w:rFonts w:ascii="標楷體" w:hAnsi="標楷體" w:eastAsia="標楷體"/>
          <w:b/>
          <w:i w:val="0"/>
          <w:sz w:val="24"/>
        </w:rPr>
        <w:t>臺中市【排球中年】協會籌備會　函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籌備期間聯絡地址：【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聯絡人及電話：【　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受文者：籌備委員【○○○】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發文日期：中華民國【　】年【　】月【　】日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發文字號：【　】籌字第【　】號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附件：如主旨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主旨：檢送「臺中市【排球中年】協會」籌備會議紀錄及相關資料，請查照。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說明：依據本籌備會【　】年【　】月【　】日籌備會議決議辦理。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正本：籌備委員【○○○、○○○、○○○】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副本：本籌備會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籌備會主任委員【　】（簽字章或私章）</w:t>
      </w:r>
    </w:p>
    <w:p>
      <w:pPr>
        <w:spacing w:after="40"/>
      </w:pPr>
      <w:r>
        <w:rPr>
          <w:rFonts w:ascii="標楷體" w:hAnsi="標楷體" w:eastAsia="標楷體"/>
          <w:b w:val="0"/>
          <w:i w:val="0"/>
          <w:sz w:val="24"/>
        </w:rPr>
        <w:t>備註：籌備期間會議紀錄自行留存，無須函報主管機關備查。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標楷體" w:hAnsi="標楷體" w:eastAsia="標楷體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排球中年協會籌備小組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