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發起人會議：開會通知單、議程、會議紀錄範本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已對照《臺中市社會團體會務手冊》（114 年 7 月版）第 21–24 頁（發起人會議開會通知單、議程、籌備會函、會議紀錄）。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依據：社會局官方範本（社會局「籌組相關文件」第 21–24 頁）；社會團體許可立案作業規定第 12、14、15 點。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官方範本備註：1. 收到「准予籌組公文」後，才可以召開發起人會議。2. 發起人會議由團體自行通知召開，開會通知不用函報主管機關備查。3. 籌備期間的會議紀錄自行留存，不用函報。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若籌備會議和發起人會議同一天召開，應在本通知中一併通知（作業規定第 14 點），並把籌備會議通知副本寄給社會局（人民團體法 §9 II）。</w:t>
      </w:r>
    </w:p>
    <w:p>
      <w:r>
        <w:rPr>
          <w:rFonts w:ascii="標楷體" w:hAnsi="標楷體" w:eastAsia="標楷體"/>
          <w:b/>
          <w:i w:val="0"/>
          <w:sz w:val="28"/>
        </w:rPr>
        <w:t>一、開會通知單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臺中市【排球中年】協會發起人會議開會通知單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聯絡地址：【　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聯絡人及電話：【　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受文者：全體發起人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發文日期：中華民國【　】年【　】月【　】日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發文字號：【排球中年】籌字第【001】號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附件：議程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開會事由：召開「臺中市【排球中年】協會」發起人會議案【如同日召開第 1 次籌備會議，改為：「臺中市【排球中年】協會」發起人會議暨第 1 次籌備會議案】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開會時間：中華民國【　】年【　】月【　】日（星期日）上（下）午【　】時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開會地點：【臺中市○○區○○路○號】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主持人：發起人代表【發起人代表姓名】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出席者：全體發起人等【　】人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列席者：【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正本：發起人【○○○】等【　】人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副本：【同日召開籌備會議時：臺中市政府社會局】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發起人代表【　　】（簽字章或私章）</w:t>
      </w:r>
    </w:p>
    <w:p>
      <w:r>
        <w:rPr>
          <w:rFonts w:ascii="標楷體" w:hAnsi="標楷體" w:eastAsia="標楷體"/>
          <w:b/>
          <w:i w:val="0"/>
          <w:sz w:val="28"/>
        </w:rPr>
        <w:t>二、議程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臺中市【排球中年】協會發起人會議議程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一、會議開始（發起人代表擔任臨時主席）。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二、推選主席。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三、主席致詞。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四、來賓致詞（預先徵詢，沒有就不列）。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五、報告事項：社會局【　】年【　】月【　】日中市社團字第【　】號函准予籌組。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六、討論提案：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（一）推選籌備委員，組織籌備會案。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（二）推選籌備會主任委員案。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七、臨時動議。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八、散會。</w:t>
      </w:r>
    </w:p>
    <w:p>
      <w:r>
        <w:rPr>
          <w:rFonts w:ascii="標楷體" w:hAnsi="標楷體" w:eastAsia="標楷體"/>
          <w:b/>
          <w:i w:val="0"/>
          <w:sz w:val="28"/>
        </w:rPr>
        <w:t>三、會議紀錄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臺中市【排球中年】協會發起人會議紀錄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一、時間：中華民國【　】年【　】月【　】日 上（下）午【00:00】至【00:00】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二、地點：【臺中市○○區○○路○號○樓】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三、出席人員：應出席【　】人、實際出席【　】人、委託出席【　】人、缺席【　】人（須過半數出席才可開會；每位發起人最多代理 1 人）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四、列席人員：【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五、主席：【　】　　紀錄：【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六、主席致詞：略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七、來賓致詞：略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八、報告事項：略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九、討論提案：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（一）案由：推選籌備委員，組織籌備會案。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說明：由發起人互推籌備委員至少 3 人，人數固定且為奇數，負責辦理籌備事宜。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決議：由【○○○、○○○、○○○、○○○、○○○】等【5】人擔任籌備委員。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（二）案由：推選籌備會主任委員案。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說明：由籌備委員互推 1 人為主任委員，負責召集會議、對外行文等事項。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決議：由【○○○】擔任主任委員。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十、臨時動議：【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十一、散會。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主席：【　】（簽章）　　紀錄：【　】（簽章）</w:t>
      </w:r>
    </w:p>
    <w:p>
      <w:r>
        <w:rPr>
          <w:rFonts w:ascii="標楷體" w:hAnsi="標楷體" w:eastAsia="標楷體"/>
          <w:b/>
          <w:i w:val="0"/>
          <w:sz w:val="28"/>
        </w:rPr>
        <w:t>四、檢送會議紀錄函（籌備會發給全體發起人）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臺中市【排球中年】協會籌備會　函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籌備期間聯絡地址：【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聯絡人及電話：【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受文者：全體發起人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發文日期：中華民國【　】年【　】月【　】日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發文字號：【　】籌字第【　】號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附件：如主旨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主旨：檢送「臺中市【排球中年】協會」發起人會議紀錄及相關資料，請查照。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說明：依據本籌備會【　】年【　】月【　】日發起人會議決議辦理。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正本：發起人【○○○】等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副本：本籌備會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籌備會主任委員【　】（簽字章或私章）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標楷體" w:hAnsi="標楷體" w:eastAsia="標楷體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