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Noto Sans CJK TC" w:hAnsi="Noto Sans CJK TC" w:eastAsia="Noto Sans CJK TC"/>
          <w:b/>
          <w:sz w:val="28"/>
        </w:rPr>
        <w:t>臺中市排球中年協會（暫定名稱，以社會局核准名稱為準）</w:t>
      </w:r>
    </w:p>
    <w:p>
      <w:pPr>
        <w:spacing w:after="40" w:before="0"/>
        <w:jc w:val="center"/>
      </w:pPr>
      <w:r>
        <w:rPr>
          <w:rFonts w:ascii="Noto Sans CJK TC" w:hAnsi="Noto Sans CJK TC" w:eastAsia="Noto Sans CJK TC"/>
          <w:b/>
          <w:sz w:val="32"/>
        </w:rPr>
        <w:t>個人會員入會申請書</w:t>
      </w:r>
    </w:p>
    <w:p>
      <w:pPr>
        <w:spacing w:after="40" w:before="0"/>
        <w:jc w:val="right"/>
      </w:pPr>
      <w:r>
        <w:rPr>
          <w:rFonts w:ascii="Noto Sans CJK TC" w:hAnsi="Noto Sans CJK TC" w:eastAsia="Noto Sans CJK TC"/>
          <w:b w:val="0"/>
          <w:sz w:val="18"/>
        </w:rPr>
        <w:t>申請編號：＿＿＿＿＿＿（由本會填寫）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814"/>
            <w:shd w:val="clear" w:color="auto" w:fill="E8EEF4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/>
                <w:sz w:val="19"/>
              </w:rPr>
              <w:t>姓名</w:t>
            </w:r>
          </w:p>
        </w:tc>
        <w:tc>
          <w:tcPr>
            <w:tcW w:type="dxa" w:w="3288"/>
            <w:gridSpan w:val="2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 w:val="0"/>
                <w:sz w:val="19"/>
              </w:rPr>
            </w:r>
          </w:p>
        </w:tc>
        <w:tc>
          <w:tcPr>
            <w:tcW w:type="dxa" w:w="1644"/>
            <w:shd w:val="clear" w:color="auto" w:fill="E8EEF4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/>
                <w:sz w:val="19"/>
              </w:rPr>
              <w:t>性別</w:t>
            </w:r>
          </w:p>
        </w:tc>
        <w:tc>
          <w:tcPr>
            <w:tcW w:type="dxa" w:w="3288"/>
            <w:gridSpan w:val="2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 w:val="0"/>
                <w:sz w:val="19"/>
              </w:rPr>
              <w:t>□男　□女　□其他</w:t>
            </w:r>
          </w:p>
        </w:tc>
      </w:tr>
      <w:tr>
        <w:tc>
          <w:tcPr>
            <w:tcW w:type="dxa" w:w="1814"/>
            <w:shd w:val="clear" w:color="auto" w:fill="E8EEF4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/>
                <w:sz w:val="19"/>
              </w:rPr>
              <w:t>出生年月日</w:t>
            </w:r>
          </w:p>
        </w:tc>
        <w:tc>
          <w:tcPr>
            <w:tcW w:type="dxa" w:w="3288"/>
            <w:gridSpan w:val="2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 w:val="0"/>
                <w:sz w:val="19"/>
              </w:rPr>
              <w:t>民國　　年　　月　　日</w:t>
            </w:r>
          </w:p>
        </w:tc>
        <w:tc>
          <w:tcPr>
            <w:tcW w:type="dxa" w:w="1644"/>
            <w:shd w:val="clear" w:color="auto" w:fill="E8EEF4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/>
                <w:sz w:val="19"/>
              </w:rPr>
              <w:t>國民身分證統一編號</w:t>
              <w:br/>
              <w:t>（或居留證號）</w:t>
            </w:r>
          </w:p>
        </w:tc>
        <w:tc>
          <w:tcPr>
            <w:tcW w:type="dxa" w:w="3288"/>
            <w:gridSpan w:val="2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 w:val="0"/>
                <w:sz w:val="19"/>
              </w:rPr>
            </w:r>
          </w:p>
        </w:tc>
      </w:tr>
      <w:tr>
        <w:tc>
          <w:tcPr>
            <w:tcW w:type="dxa" w:w="1814"/>
            <w:shd w:val="clear" w:color="auto" w:fill="E8EEF4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/>
                <w:sz w:val="19"/>
              </w:rPr>
              <w:t>學歷</w:t>
            </w:r>
          </w:p>
        </w:tc>
        <w:tc>
          <w:tcPr>
            <w:tcW w:type="dxa" w:w="3288"/>
            <w:gridSpan w:val="2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 w:val="0"/>
                <w:sz w:val="19"/>
              </w:rPr>
            </w:r>
          </w:p>
        </w:tc>
        <w:tc>
          <w:tcPr>
            <w:tcW w:type="dxa" w:w="1644"/>
            <w:shd w:val="clear" w:color="auto" w:fill="E8EEF4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/>
                <w:sz w:val="19"/>
              </w:rPr>
              <w:t>現職</w:t>
              <w:br/>
              <w:t>（服務單位/職稱）</w:t>
            </w:r>
          </w:p>
        </w:tc>
        <w:tc>
          <w:tcPr>
            <w:tcW w:type="dxa" w:w="3288"/>
            <w:gridSpan w:val="2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 w:val="0"/>
                <w:sz w:val="19"/>
              </w:rPr>
            </w:r>
          </w:p>
        </w:tc>
      </w:tr>
      <w:tr>
        <w:tc>
          <w:tcPr>
            <w:tcW w:type="dxa" w:w="1814"/>
            <w:shd w:val="clear" w:color="auto" w:fill="E8EEF4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/>
                <w:sz w:val="19"/>
              </w:rPr>
              <w:t>經歷</w:t>
              <w:br/>
              <w:t>（含排球相關經歷，可略）</w:t>
            </w:r>
          </w:p>
        </w:tc>
        <w:tc>
          <w:tcPr>
            <w:tcW w:type="dxa" w:w="8220"/>
            <w:gridSpan w:val="5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 w:val="0"/>
                <w:sz w:val="19"/>
              </w:rPr>
            </w:r>
          </w:p>
        </w:tc>
      </w:tr>
      <w:tr>
        <w:tc>
          <w:tcPr>
            <w:tcW w:type="dxa" w:w="1814"/>
            <w:shd w:val="clear" w:color="auto" w:fill="E8EEF4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/>
                <w:sz w:val="19"/>
              </w:rPr>
              <w:t>戶籍地址</w:t>
            </w:r>
          </w:p>
        </w:tc>
        <w:tc>
          <w:tcPr>
            <w:tcW w:type="dxa" w:w="8220"/>
            <w:gridSpan w:val="5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 w:val="0"/>
                <w:sz w:val="19"/>
              </w:rPr>
              <w:t>□□□□□</w:t>
              <w:br/>
            </w:r>
          </w:p>
        </w:tc>
      </w:tr>
      <w:tr>
        <w:tc>
          <w:tcPr>
            <w:tcW w:type="dxa" w:w="1814"/>
            <w:shd w:val="clear" w:color="auto" w:fill="E8EEF4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/>
                <w:sz w:val="19"/>
              </w:rPr>
              <w:t>通訊地址</w:t>
            </w:r>
          </w:p>
        </w:tc>
        <w:tc>
          <w:tcPr>
            <w:tcW w:type="dxa" w:w="8220"/>
            <w:gridSpan w:val="5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 w:val="0"/>
                <w:sz w:val="19"/>
              </w:rPr>
              <w:t>□同戶籍地址　□其他：</w:t>
            </w:r>
          </w:p>
        </w:tc>
      </w:tr>
      <w:tr>
        <w:tc>
          <w:tcPr>
            <w:tcW w:type="dxa" w:w="1814"/>
            <w:shd w:val="clear" w:color="auto" w:fill="E8EEF4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/>
                <w:sz w:val="19"/>
              </w:rPr>
              <w:t>聯絡電話</w:t>
            </w:r>
          </w:p>
        </w:tc>
        <w:tc>
          <w:tcPr>
            <w:tcW w:type="dxa" w:w="3288"/>
            <w:gridSpan w:val="2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 w:val="0"/>
                <w:sz w:val="19"/>
              </w:rPr>
              <w:t>市話：</w:t>
              <w:br/>
              <w:t>手機：</w:t>
            </w:r>
          </w:p>
        </w:tc>
        <w:tc>
          <w:tcPr>
            <w:tcW w:type="dxa" w:w="1644"/>
            <w:shd w:val="clear" w:color="auto" w:fill="E8EEF4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/>
                <w:sz w:val="19"/>
              </w:rPr>
              <w:t>電子信箱</w:t>
            </w:r>
          </w:p>
        </w:tc>
        <w:tc>
          <w:tcPr>
            <w:tcW w:type="dxa" w:w="3288"/>
            <w:gridSpan w:val="2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 w:val="0"/>
                <w:sz w:val="19"/>
              </w:rPr>
            </w:r>
          </w:p>
        </w:tc>
      </w:tr>
      <w:tr>
        <w:tc>
          <w:tcPr>
            <w:tcW w:type="dxa" w:w="1814"/>
            <w:shd w:val="clear" w:color="auto" w:fill="E8EEF4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/>
                <w:sz w:val="19"/>
              </w:rPr>
              <w:t>介紹人</w:t>
            </w:r>
          </w:p>
        </w:tc>
        <w:tc>
          <w:tcPr>
            <w:tcW w:type="dxa" w:w="3288"/>
            <w:gridSpan w:val="2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 w:val="0"/>
                <w:sz w:val="19"/>
              </w:rPr>
            </w:r>
          </w:p>
        </w:tc>
        <w:tc>
          <w:tcPr>
            <w:tcW w:type="dxa" w:w="1644"/>
            <w:shd w:val="clear" w:color="auto" w:fill="E8EEF4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/>
                <w:sz w:val="19"/>
              </w:rPr>
              <w:t>介紹人會員編號</w:t>
            </w:r>
          </w:p>
        </w:tc>
        <w:tc>
          <w:tcPr>
            <w:tcW w:type="dxa" w:w="3288"/>
            <w:gridSpan w:val="2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 w:val="0"/>
                <w:sz w:val="19"/>
              </w:rPr>
              <w:t>（籌備期間可免填）</w:t>
            </w:r>
          </w:p>
        </w:tc>
      </w:tr>
      <w:tr>
        <w:tc>
          <w:tcPr>
            <w:tcW w:type="dxa" w:w="1814"/>
            <w:shd w:val="clear" w:color="auto" w:fill="E8EEF4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/>
                <w:sz w:val="19"/>
              </w:rPr>
              <w:t>申請會員類別</w:t>
            </w:r>
          </w:p>
        </w:tc>
        <w:tc>
          <w:tcPr>
            <w:tcW w:type="dxa" w:w="8220"/>
            <w:gridSpan w:val="5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 w:val="0"/>
                <w:sz w:val="19"/>
              </w:rPr>
              <w:t>□個人會員　□贊助會員　□其他：＿＿＿＿（類別以本會章程第 7 條定稿為準）</w:t>
            </w:r>
          </w:p>
        </w:tc>
      </w:tr>
      <w:tr>
        <w:tc>
          <w:tcPr>
            <w:tcW w:type="dxa" w:w="1814"/>
            <w:shd w:val="clear" w:color="auto" w:fill="E8EEF4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/>
                <w:sz w:val="19"/>
              </w:rPr>
              <w:t>入會資格自我確認</w:t>
            </w:r>
          </w:p>
        </w:tc>
        <w:tc>
          <w:tcPr>
            <w:tcW w:type="dxa" w:w="8220"/>
            <w:gridSpan w:val="5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 w:val="0"/>
                <w:sz w:val="19"/>
              </w:rPr>
              <w:t>□已滿 18 歲（成年）且有行為能力　□設籍或工作於臺中市（贊助會員免）</w:t>
              <w:br/>
              <w:t>□贊同本會宗旨並願遵守章程與會員大會決議、按時繳納會費</w:t>
              <w:br/>
              <w:t>（資格條件以章程定稿為準）</w:t>
            </w:r>
          </w:p>
        </w:tc>
      </w:tr>
      <w:tr>
        <w:tc>
          <w:tcPr>
            <w:tcW w:type="dxa" w:w="1814"/>
            <w:shd w:val="clear" w:color="auto" w:fill="E8EEF4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/>
                <w:sz w:val="19"/>
              </w:rPr>
              <w:t>申請人聲明</w:t>
            </w:r>
          </w:p>
        </w:tc>
        <w:tc>
          <w:tcPr>
            <w:tcW w:type="dxa" w:w="8220"/>
            <w:gridSpan w:val="5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 w:val="0"/>
                <w:sz w:val="19"/>
              </w:rPr>
              <w:t>本人自願加入本會，所填資料均屬實，並已閱讀下方「個人資料蒐集、處理及利用告知聲明」，同意本會於告知範圍內蒐集、處理及利用本人個人資料。</w:t>
              <w:br/>
              <w:br/>
              <w:t>申請人簽章：＿＿＿＿＿＿＿＿＿＿　　申請日期：中華民國＿＿年＿＿月＿＿日</w:t>
            </w:r>
          </w:p>
        </w:tc>
      </w:tr>
    </w:tbl>
    <w:p>
      <w:pPr>
        <w:spacing w:after="40" w:before="0"/>
      </w:pPr>
      <w:r>
        <w:rPr>
          <w:rFonts w:ascii="Noto Sans CJK TC" w:hAnsi="Noto Sans CJK TC" w:eastAsia="Noto Sans CJK TC"/>
          <w:b/>
          <w:sz w:val="22"/>
        </w:rPr>
        <w:t>以下由本會填寫（審核及繳費紀錄）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E8EEF4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/>
                <w:sz w:val="19"/>
              </w:rPr>
              <w:t>收件日期</w:t>
            </w:r>
          </w:p>
        </w:tc>
        <w:tc>
          <w:tcPr>
            <w:tcW w:type="dxa" w:w="2466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 w:val="0"/>
                <w:sz w:val="19"/>
              </w:rPr>
              <w:t>民國　　年　　月　　日</w:t>
            </w:r>
          </w:p>
        </w:tc>
        <w:tc>
          <w:tcPr>
            <w:tcW w:type="dxa" w:w="2466"/>
            <w:shd w:val="clear" w:color="auto" w:fill="E8EEF4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/>
                <w:sz w:val="19"/>
              </w:rPr>
              <w:t>收件人</w:t>
            </w:r>
          </w:p>
        </w:tc>
        <w:tc>
          <w:tcPr>
            <w:tcW w:type="dxa" w:w="2466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 w:val="0"/>
                <w:sz w:val="19"/>
              </w:rPr>
            </w:r>
          </w:p>
        </w:tc>
      </w:tr>
      <w:tr>
        <w:tc>
          <w:tcPr>
            <w:tcW w:type="dxa" w:w="2466"/>
            <w:shd w:val="clear" w:color="auto" w:fill="E8EEF4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/>
                <w:sz w:val="19"/>
              </w:rPr>
              <w:t>審核會議</w:t>
            </w:r>
          </w:p>
        </w:tc>
        <w:tc>
          <w:tcPr>
            <w:tcW w:type="dxa" w:w="2466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 w:val="0"/>
                <w:sz w:val="19"/>
              </w:rPr>
              <w:t>□籌備會議（籌備期間）</w:t>
              <w:br/>
              <w:t>□理事會　第　屆第　次</w:t>
            </w:r>
          </w:p>
        </w:tc>
        <w:tc>
          <w:tcPr>
            <w:tcW w:type="dxa" w:w="2466"/>
            <w:shd w:val="clear" w:color="auto" w:fill="E8EEF4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/>
                <w:sz w:val="19"/>
              </w:rPr>
              <w:t>審核日期</w:t>
            </w:r>
          </w:p>
        </w:tc>
        <w:tc>
          <w:tcPr>
            <w:tcW w:type="dxa" w:w="2466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 w:val="0"/>
                <w:sz w:val="19"/>
              </w:rPr>
              <w:t>民國　　年　　月　　日</w:t>
            </w:r>
          </w:p>
        </w:tc>
      </w:tr>
      <w:tr>
        <w:tc>
          <w:tcPr>
            <w:tcW w:type="dxa" w:w="2466"/>
            <w:shd w:val="clear" w:color="auto" w:fill="E8EEF4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/>
                <w:sz w:val="19"/>
              </w:rPr>
              <w:t>審核結果</w:t>
            </w:r>
          </w:p>
        </w:tc>
        <w:tc>
          <w:tcPr>
            <w:tcW w:type="dxa" w:w="2466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 w:val="0"/>
                <w:sz w:val="19"/>
              </w:rPr>
              <w:t>□通過　□不通過</w:t>
              <w:br/>
              <w:t>□補件：</w:t>
            </w:r>
          </w:p>
        </w:tc>
        <w:tc>
          <w:tcPr>
            <w:tcW w:type="dxa" w:w="2466"/>
            <w:shd w:val="clear" w:color="auto" w:fill="E8EEF4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/>
                <w:sz w:val="19"/>
              </w:rPr>
              <w:t>會員編號</w:t>
            </w:r>
          </w:p>
        </w:tc>
        <w:tc>
          <w:tcPr>
            <w:tcW w:type="dxa" w:w="2466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 w:val="0"/>
                <w:sz w:val="19"/>
              </w:rPr>
            </w:r>
          </w:p>
        </w:tc>
      </w:tr>
      <w:tr>
        <w:tc>
          <w:tcPr>
            <w:tcW w:type="dxa" w:w="2466"/>
            <w:shd w:val="clear" w:color="auto" w:fill="E8EEF4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/>
                <w:sz w:val="19"/>
              </w:rPr>
              <w:t>會員類別核定</w:t>
            </w:r>
          </w:p>
        </w:tc>
        <w:tc>
          <w:tcPr>
            <w:tcW w:type="dxa" w:w="2466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 w:val="0"/>
                <w:sz w:val="19"/>
              </w:rPr>
              <w:t>□個人會員　□贊助會員</w:t>
              <w:br/>
              <w:t>□其他：</w:t>
            </w:r>
          </w:p>
        </w:tc>
        <w:tc>
          <w:tcPr>
            <w:tcW w:type="dxa" w:w="2466"/>
            <w:shd w:val="clear" w:color="auto" w:fill="E8EEF4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/>
                <w:sz w:val="19"/>
              </w:rPr>
              <w:t>入會日期</w:t>
              <w:br/>
              <w:t>（＝審核通過且繳費完成日）</w:t>
            </w:r>
          </w:p>
        </w:tc>
        <w:tc>
          <w:tcPr>
            <w:tcW w:type="dxa" w:w="2466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 w:val="0"/>
                <w:sz w:val="19"/>
              </w:rPr>
              <w:t>民國　　年　　月　　日</w:t>
            </w:r>
          </w:p>
        </w:tc>
      </w:tr>
      <w:tr>
        <w:tc>
          <w:tcPr>
            <w:tcW w:type="dxa" w:w="2466"/>
            <w:shd w:val="clear" w:color="auto" w:fill="E8EEF4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/>
                <w:sz w:val="19"/>
              </w:rPr>
              <w:t>入會費</w:t>
              <w:br/>
              <w:t>（一次繳）</w:t>
            </w:r>
          </w:p>
        </w:tc>
        <w:tc>
          <w:tcPr>
            <w:tcW w:type="dxa" w:w="2466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 w:val="0"/>
                <w:sz w:val="19"/>
              </w:rPr>
              <w:t>NT$600（暫定）　□已繳</w:t>
              <w:br/>
              <w:t>繳費日：　年　月　日</w:t>
              <w:br/>
              <w:t>□現金　□轉帳(末5碼＿＿＿＿＿)</w:t>
            </w:r>
          </w:p>
        </w:tc>
        <w:tc>
          <w:tcPr>
            <w:tcW w:type="dxa" w:w="2466"/>
            <w:shd w:val="clear" w:color="auto" w:fill="E8EEF4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/>
                <w:sz w:val="19"/>
              </w:rPr>
              <w:t>收據字號</w:t>
            </w:r>
          </w:p>
        </w:tc>
        <w:tc>
          <w:tcPr>
            <w:tcW w:type="dxa" w:w="2466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 w:val="0"/>
                <w:sz w:val="19"/>
              </w:rPr>
              <w:t>□臨時收據 No.＿＿＿＿</w:t>
              <w:br/>
              <w:t>□正式收據 No.＿＿＿＿</w:t>
            </w:r>
          </w:p>
        </w:tc>
      </w:tr>
      <w:tr>
        <w:tc>
          <w:tcPr>
            <w:tcW w:type="dxa" w:w="2466"/>
            <w:shd w:val="clear" w:color="auto" w:fill="E8EEF4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/>
                <w:sz w:val="19"/>
              </w:rPr>
              <w:t>常年會費</w:t>
              <w:br/>
              <w:t>（＿＿＿年度）</w:t>
            </w:r>
          </w:p>
        </w:tc>
        <w:tc>
          <w:tcPr>
            <w:tcW w:type="dxa" w:w="2466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 w:val="0"/>
                <w:sz w:val="19"/>
              </w:rPr>
              <w:t>NT$1,200／年（暫定）　□已繳</w:t>
              <w:br/>
              <w:t>繳費日：　年　月　日</w:t>
              <w:br/>
              <w:t>□現金　□轉帳(末5碼＿＿＿＿＿)</w:t>
            </w:r>
          </w:p>
        </w:tc>
        <w:tc>
          <w:tcPr>
            <w:tcW w:type="dxa" w:w="2466"/>
            <w:shd w:val="clear" w:color="auto" w:fill="E8EEF4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/>
                <w:sz w:val="19"/>
              </w:rPr>
              <w:t>收據字號</w:t>
            </w:r>
          </w:p>
        </w:tc>
        <w:tc>
          <w:tcPr>
            <w:tcW w:type="dxa" w:w="2466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 w:val="0"/>
                <w:sz w:val="19"/>
              </w:rPr>
              <w:t>□臨時收據 No.＿＿＿＿</w:t>
              <w:br/>
              <w:t>□正式收據 No.＿＿＿＿</w:t>
            </w:r>
          </w:p>
        </w:tc>
      </w:tr>
      <w:tr>
        <w:tc>
          <w:tcPr>
            <w:tcW w:type="dxa" w:w="2466"/>
            <w:shd w:val="clear" w:color="auto" w:fill="E8EEF4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/>
                <w:sz w:val="19"/>
              </w:rPr>
              <w:t>經辦人簽章</w:t>
            </w:r>
          </w:p>
        </w:tc>
        <w:tc>
          <w:tcPr>
            <w:tcW w:type="dxa" w:w="2466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 w:val="0"/>
                <w:sz w:val="19"/>
              </w:rPr>
            </w:r>
          </w:p>
        </w:tc>
        <w:tc>
          <w:tcPr>
            <w:tcW w:type="dxa" w:w="2466"/>
            <w:shd w:val="clear" w:color="auto" w:fill="E8EEF4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/>
                <w:sz w:val="19"/>
              </w:rPr>
              <w:t>主任委員／理事長</w:t>
              <w:br/>
              <w:t>簽章</w:t>
            </w:r>
          </w:p>
        </w:tc>
        <w:tc>
          <w:tcPr>
            <w:tcW w:type="dxa" w:w="2466"/>
          </w:tcPr>
          <w:p>
            <w:pPr>
              <w:spacing w:after="0"/>
            </w:pPr>
            <w:r/>
            <w:r>
              <w:rPr>
                <w:rFonts w:ascii="Noto Sans CJK TC" w:hAnsi="Noto Sans CJK TC" w:eastAsia="Noto Sans CJK TC"/>
                <w:b w:val="0"/>
                <w:sz w:val="19"/>
              </w:rPr>
            </w:r>
          </w:p>
        </w:tc>
      </w:tr>
    </w:tbl>
    <w:p>
      <w:r>
        <w:br w:type="page"/>
      </w:r>
    </w:p>
    <w:p>
      <w:pPr>
        <w:spacing w:after="40" w:before="0"/>
      </w:pPr>
      <w:r>
        <w:rPr>
          <w:rFonts w:ascii="Noto Sans CJK TC" w:hAnsi="Noto Sans CJK TC" w:eastAsia="Noto Sans CJK TC"/>
          <w:b w:val="0"/>
          <w:color w:val="505050"/>
          <w:sz w:val="17"/>
        </w:rPr>
        <w:t>※ 入會費新臺幣 600 元、常年會費新臺幣 1,200 元（每年）為籌備階段擬定金額，須經成立大會通過章程後定案；金額依本會章程及會員（成立）大會決議，並報臺中市政府社會局核備後施行（人民團體法第 33 條）。籌備期間所收款項開立籌備會臨時收據，立案後換發正式收據。</w:t>
      </w:r>
    </w:p>
    <w:p>
      <w:pPr>
        <w:spacing w:after="40" w:before="0"/>
      </w:pPr>
      <w:r>
        <w:rPr>
          <w:rFonts w:ascii="Noto Sans CJK TC" w:hAnsi="Noto Sans CJK TC" w:eastAsia="Noto Sans CJK TC"/>
          <w:b w:val="0"/>
          <w:color w:val="505050"/>
          <w:sz w:val="17"/>
        </w:rPr>
        <w:t>※ 本申請書由本會自行收存，無須函報主管機關（臺中市社會團體會務手冊）。</w:t>
      </w:r>
    </w:p>
    <w:p>
      <w:pPr>
        <w:spacing w:after="40" w:before="0"/>
        <w:jc w:val="center"/>
      </w:pPr>
      <w:r>
        <w:rPr>
          <w:rFonts w:ascii="Noto Sans CJK TC" w:hAnsi="Noto Sans CJK TC" w:eastAsia="Noto Sans CJK TC"/>
          <w:b/>
          <w:sz w:val="26"/>
        </w:rPr>
        <w:t>個人資料蒐集、處理及利用告知聲明</w:t>
      </w:r>
    </w:p>
    <w:p>
      <w:pPr>
        <w:spacing w:after="40" w:before="0"/>
        <w:jc w:val="center"/>
      </w:pPr>
      <w:r>
        <w:rPr>
          <w:rFonts w:ascii="Noto Sans CJK TC" w:hAnsi="Noto Sans CJK TC" w:eastAsia="Noto Sans CJK TC"/>
          <w:b w:val="0"/>
          <w:sz w:val="18"/>
        </w:rPr>
        <w:t>（依個人資料保護法第 8 條規定告知）</w:t>
      </w:r>
    </w:p>
    <w:p>
      <w:pPr>
        <w:spacing w:after="80" w:before="0"/>
      </w:pPr>
      <w:r>
        <w:rPr>
          <w:rFonts w:ascii="Noto Sans CJK TC" w:hAnsi="Noto Sans CJK TC" w:eastAsia="Noto Sans CJK TC"/>
          <w:b w:val="0"/>
          <w:sz w:val="20"/>
        </w:rPr>
        <w:t>一、蒐集者名稱：臺中市排球中年協會（暫定名稱）；立案前為「臺中市排球中年協會籌備會」。</w:t>
      </w:r>
    </w:p>
    <w:p>
      <w:pPr>
        <w:spacing w:after="80" w:before="0"/>
      </w:pPr>
      <w:r>
        <w:rPr>
          <w:rFonts w:ascii="Noto Sans CJK TC" w:hAnsi="Noto Sans CJK TC" w:eastAsia="Noto Sans CJK TC"/>
          <w:b w:val="0"/>
          <w:sz w:val="20"/>
        </w:rPr>
        <w:t>二、蒐集之目的：會員入會資格審查、會員名冊建置與會籍管理（法定特定目的代號 052：法人或團體對股東、會員、董事、監察人、理事、監事或其他成員名冊之內部管理）；會議通知、選舉、會費收取與收據開立；依法令報送主管機關（如立案時檢送會員名冊）；辦理活動、保險及政府補助申請與核銷所需之名冊或簽到資料。</w:t>
      </w:r>
    </w:p>
    <w:p>
      <w:pPr>
        <w:spacing w:after="80" w:before="0"/>
      </w:pPr>
      <w:r>
        <w:rPr>
          <w:rFonts w:ascii="Noto Sans CJK TC" w:hAnsi="Noto Sans CJK TC" w:eastAsia="Noto Sans CJK TC"/>
          <w:b w:val="0"/>
          <w:sz w:val="20"/>
        </w:rPr>
        <w:t>三、個人資料類別：辨識個人者（姓名、聯絡電話、地址、電子郵件）、辨識政府資料者（國民身分證統一編號或居留證號）、個人描述（性別、出生年月日）、教育與職業（學歷、經歷、現職）、財務交易（會費繳納紀錄）。</w:t>
      </w:r>
    </w:p>
    <w:p>
      <w:pPr>
        <w:spacing w:after="80" w:before="0"/>
      </w:pPr>
      <w:r>
        <w:rPr>
          <w:rFonts w:ascii="Noto Sans CJK TC" w:hAnsi="Noto Sans CJK TC" w:eastAsia="Noto Sans CJK TC"/>
          <w:b w:val="0"/>
          <w:sz w:val="20"/>
        </w:rPr>
        <w:t>四、利用期間：自蒐集之日起至會員出會、退會後，依法令或本會會務、財務文件保存年限（社會團體財務處理辦法第 21 條：會計憑證等至少保存 10 年）屆滿為止。</w:t>
      </w:r>
    </w:p>
    <w:p>
      <w:pPr>
        <w:spacing w:after="80" w:before="0"/>
      </w:pPr>
      <w:r>
        <w:rPr>
          <w:rFonts w:ascii="Noto Sans CJK TC" w:hAnsi="Noto Sans CJK TC" w:eastAsia="Noto Sans CJK TC"/>
          <w:b w:val="0"/>
          <w:sz w:val="20"/>
        </w:rPr>
        <w:t>五、利用地區：中華民國境內。</w:t>
      </w:r>
    </w:p>
    <w:p>
      <w:pPr>
        <w:spacing w:after="80" w:before="0"/>
      </w:pPr>
      <w:r>
        <w:rPr>
          <w:rFonts w:ascii="Noto Sans CJK TC" w:hAnsi="Noto Sans CJK TC" w:eastAsia="Noto Sans CJK TC"/>
          <w:b w:val="0"/>
          <w:sz w:val="20"/>
        </w:rPr>
        <w:t>六、利用對象：本會及會務工作人員；依法令得要求提供之機關（如臺中市政府社會局、稅捐機關）；辦理活動保險之保險公司；補助機關核銷所需（僅限必要欄位）。</w:t>
      </w:r>
    </w:p>
    <w:p>
      <w:pPr>
        <w:spacing w:after="80" w:before="0"/>
      </w:pPr>
      <w:r>
        <w:rPr>
          <w:rFonts w:ascii="Noto Sans CJK TC" w:hAnsi="Noto Sans CJK TC" w:eastAsia="Noto Sans CJK TC"/>
          <w:b w:val="0"/>
          <w:sz w:val="20"/>
        </w:rPr>
        <w:t>七、利用方式：以書面、電子檔案或其他合於法令之方式。會員名冊對外報送時僅提供必要欄位，身分證字號不公開於群組或公告。</w:t>
      </w:r>
    </w:p>
    <w:p>
      <w:pPr>
        <w:spacing w:after="80" w:before="0"/>
      </w:pPr>
      <w:r>
        <w:rPr>
          <w:rFonts w:ascii="Noto Sans CJK TC" w:hAnsi="Noto Sans CJK TC" w:eastAsia="Noto Sans CJK TC"/>
          <w:b w:val="0"/>
          <w:sz w:val="20"/>
        </w:rPr>
        <w:t>八、當事人權利：您可依個人資料保護法第 3 條，向本會請求查詢、閱覽、製給複製本、補充或更正、停止蒐集處理利用或刪除（但依法令或執行業務所必須者除外）。聯絡窗口：＿＿＿＿＿＿（電話／Email）。</w:t>
      </w:r>
    </w:p>
    <w:p>
      <w:pPr>
        <w:spacing w:after="80" w:before="0"/>
      </w:pPr>
      <w:r>
        <w:rPr>
          <w:rFonts w:ascii="Noto Sans CJK TC" w:hAnsi="Noto Sans CJK TC" w:eastAsia="Noto Sans CJK TC"/>
          <w:b w:val="0"/>
          <w:sz w:val="20"/>
        </w:rPr>
        <w:t>九、不提供之影響：您可自由選擇是否提供個人資料；如未提供或提供不完整，本會將無法完成入會審查及會員權益相關作業。</w:t>
      </w:r>
    </w:p>
    <w:p>
      <w:pPr>
        <w:spacing w:after="120" w:before="0"/>
      </w:pPr>
      <w:r>
        <w:rPr>
          <w:rFonts w:ascii="Noto Sans CJK TC" w:hAnsi="Noto Sans CJK TC" w:eastAsia="Noto Sans CJK TC"/>
          <w:b w:val="0"/>
          <w:sz w:val="21"/>
        </w:rPr>
      </w:r>
    </w:p>
    <w:p>
      <w:pPr>
        <w:spacing w:after="40" w:before="0"/>
      </w:pPr>
      <w:r>
        <w:rPr>
          <w:rFonts w:ascii="Noto Sans CJK TC" w:hAnsi="Noto Sans CJK TC" w:eastAsia="Noto Sans CJK TC"/>
          <w:b/>
          <w:sz w:val="21"/>
        </w:rPr>
        <w:t>本人已閱讀並瞭解上述告知事項。　　簽名：＿＿＿＿＿＿＿＿　日期：民國＿＿年＿＿月＿＿日</w:t>
      </w:r>
    </w:p>
    <w:p>
      <w:pPr>
        <w:spacing w:after="120" w:before="0"/>
      </w:pPr>
      <w:r>
        <w:rPr>
          <w:rFonts w:ascii="Noto Sans CJK TC" w:hAnsi="Noto Sans CJK TC" w:eastAsia="Noto Sans CJK TC"/>
          <w:b w:val="0"/>
          <w:sz w:val="21"/>
        </w:rPr>
      </w:r>
    </w:p>
    <w:p>
      <w:pPr>
        <w:spacing w:after="40" w:before="0"/>
      </w:pPr>
      <w:r>
        <w:rPr>
          <w:rFonts w:ascii="Noto Sans CJK TC" w:hAnsi="Noto Sans CJK TC" w:eastAsia="Noto Sans CJK TC"/>
          <w:b/>
          <w:sz w:val="20"/>
        </w:rPr>
        <w:t>【填寫須知】</w:t>
      </w:r>
    </w:p>
    <w:p>
      <w:pPr>
        <w:spacing w:after="40" w:before="0"/>
      </w:pPr>
      <w:r>
        <w:rPr>
          <w:rFonts w:ascii="Noto Sans CJK TC" w:hAnsi="Noto Sans CJK TC" w:eastAsia="Noto Sans CJK TC"/>
          <w:b w:val="0"/>
          <w:sz w:val="18"/>
        </w:rPr>
        <w:t>1. 欄位依臺中市政府社會局《臺中市社會團體會務手冊》個人會員入會申請書格式，並參考社區發展協會版增列學歷、經歷、審查結果、會員類別、會員證號碼欄（手冊註明團體得視實際需要設計入會申請書）。</w:t>
      </w:r>
    </w:p>
    <w:p>
      <w:pPr>
        <w:spacing w:after="40" w:before="0"/>
      </w:pPr>
      <w:r>
        <w:rPr>
          <w:rFonts w:ascii="Noto Sans CJK TC" w:hAnsi="Noto Sans CJK TC" w:eastAsia="Noto Sans CJK TC"/>
          <w:b w:val="0"/>
          <w:sz w:val="18"/>
        </w:rPr>
        <w:t>2. 「會員類別」「入會資格」須待章程定稿確認；會費金額暫定入會費 600 元、常年會費 1,200 元／年，須經成立大會通過章程後定案，本表以臺中市章程草案範本第 7 條為暫定依據。</w:t>
      </w:r>
    </w:p>
    <w:p>
      <w:pPr>
        <w:spacing w:after="40" w:before="0"/>
      </w:pPr>
      <w:r>
        <w:rPr>
          <w:rFonts w:ascii="Noto Sans CJK TC" w:hAnsi="Noto Sans CJK TC" w:eastAsia="Noto Sans CJK TC"/>
          <w:b w:val="0"/>
          <w:sz w:val="18"/>
        </w:rPr>
        <w:t>3. 未成年、外縣市設籍且未於臺中工作者，是否可入會及其類別，請依章程定稿（範本將外縣市者列為贊助會員）。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624" w:right="1020" w:bottom="56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TC" w:hAnsi="Noto Sans CJK TC" w:eastAsia="Noto Sans CJK T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排球中年協會籌備小組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