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rFonts w:ascii="標楷體" w:hAnsi="標楷體" w:eastAsia="標楷體"/>
          <w:b/>
          <w:sz w:val="36"/>
        </w:rPr>
        <w:t>委　託　書</w:t>
      </w:r>
    </w:p>
    <w:p>
      <w:pPr>
        <w:spacing w:after="120" w:before="0"/>
      </w:pPr>
      <w:r>
        <w:rPr>
          <w:rFonts w:ascii="標楷體" w:hAnsi="標楷體" w:eastAsia="標楷體"/>
          <w:b w:val="0"/>
          <w:sz w:val="26"/>
        </w:rPr>
        <w:t>本人因故不克出席本會　□發起人會議　□成立大會（第 1 屆第 1 次會員大會）　□第＿＿屆第＿＿次會員大會，茲委託本會會員＿＿＿＿＿＿代表本人出席。</w:t>
      </w:r>
    </w:p>
    <w:p>
      <w:pPr>
        <w:spacing w:after="40" w:before="0"/>
      </w:pPr>
      <w:r>
        <w:rPr>
          <w:rFonts w:ascii="標楷體" w:hAnsi="標楷體" w:eastAsia="標楷體"/>
          <w:b w:val="0"/>
          <w:sz w:val="26"/>
        </w:rPr>
        <w:t>此致</w:t>
      </w:r>
    </w:p>
    <w:p>
      <w:pPr>
        <w:spacing w:after="160" w:before="0"/>
      </w:pPr>
      <w:r>
        <w:rPr>
          <w:rFonts w:ascii="標楷體" w:hAnsi="標楷體" w:eastAsia="標楷體"/>
          <w:b w:val="0"/>
          <w:sz w:val="26"/>
        </w:rPr>
        <w:t>臺中市【排球中年】協會</w:t>
      </w:r>
    </w:p>
    <w:p>
      <w:pPr>
        <w:spacing w:after="160" w:before="0"/>
      </w:pPr>
      <w:r>
        <w:rPr>
          <w:rFonts w:ascii="標楷體" w:hAnsi="標楷體" w:eastAsia="標楷體"/>
          <w:b w:val="0"/>
          <w:sz w:val="26"/>
        </w:rPr>
        <w:t>委 託 人：＿＿＿＿＿＿＿＿（簽章）　　受委託人：＿＿＿＿＿＿＿＿（簽章）</w:t>
      </w:r>
    </w:p>
    <w:p>
      <w:pPr>
        <w:spacing w:after="120" w:before="0"/>
        <w:jc w:val="center"/>
      </w:pPr>
      <w:r>
        <w:rPr>
          <w:rFonts w:ascii="標楷體" w:hAnsi="標楷體" w:eastAsia="標楷體"/>
          <w:b w:val="0"/>
          <w:sz w:val="26"/>
        </w:rPr>
        <w:t>中　華　民　國　　　　年　　　　月　　　　日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注意事項：1. 每 1 會員僅能接受其他會員 1 人之委託。2. 請持本委託書於開會時向報到處報到。3. 本表僅供參考，會員若自行開具「委託書」亦屬有效。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備註：籌備委員、理事、監事應親自出席，不得委託他人代理。</w:t>
      </w:r>
    </w:p>
    <w:p>
      <w:pPr>
        <w:spacing w:after="280" w:before="280"/>
        <w:jc w:val="center"/>
      </w:pPr>
      <w:r>
        <w:rPr>
          <w:rFonts w:ascii="標楷體" w:hAnsi="標楷體" w:eastAsia="標楷體"/>
          <w:b w:val="0"/>
          <w:sz w:val="18"/>
        </w:rPr>
        <w:t>－－－－－－－－－－－－－－－－－－－（請沿此線剪下）－－－－－－－－－－－－－－－－－－－</w:t>
      </w:r>
    </w:p>
    <w:p>
      <w:pPr>
        <w:spacing w:after="120" w:before="0"/>
        <w:jc w:val="center"/>
      </w:pPr>
      <w:r>
        <w:rPr>
          <w:rFonts w:ascii="標楷體" w:hAnsi="標楷體" w:eastAsia="標楷體"/>
          <w:b/>
          <w:sz w:val="36"/>
        </w:rPr>
        <w:t>委　託　書</w:t>
      </w:r>
    </w:p>
    <w:p>
      <w:pPr>
        <w:spacing w:after="120" w:before="0"/>
      </w:pPr>
      <w:r>
        <w:rPr>
          <w:rFonts w:ascii="標楷體" w:hAnsi="標楷體" w:eastAsia="標楷體"/>
          <w:b w:val="0"/>
          <w:sz w:val="26"/>
        </w:rPr>
        <w:t>本人因故不克出席本會　□發起人會議　□成立大會（第 1 屆第 1 次會員大會）　□第＿＿屆第＿＿次會員大會，茲委託本會會員＿＿＿＿＿＿代表本人出席。</w:t>
      </w:r>
    </w:p>
    <w:p>
      <w:pPr>
        <w:spacing w:after="40" w:before="0"/>
      </w:pPr>
      <w:r>
        <w:rPr>
          <w:rFonts w:ascii="標楷體" w:hAnsi="標楷體" w:eastAsia="標楷體"/>
          <w:b w:val="0"/>
          <w:sz w:val="26"/>
        </w:rPr>
        <w:t>此致</w:t>
      </w:r>
    </w:p>
    <w:p>
      <w:pPr>
        <w:spacing w:after="160" w:before="0"/>
      </w:pPr>
      <w:r>
        <w:rPr>
          <w:rFonts w:ascii="標楷體" w:hAnsi="標楷體" w:eastAsia="標楷體"/>
          <w:b w:val="0"/>
          <w:sz w:val="26"/>
        </w:rPr>
        <w:t>臺中市【排球中年】協會</w:t>
      </w:r>
    </w:p>
    <w:p>
      <w:pPr>
        <w:spacing w:after="160" w:before="0"/>
      </w:pPr>
      <w:r>
        <w:rPr>
          <w:rFonts w:ascii="標楷體" w:hAnsi="標楷體" w:eastAsia="標楷體"/>
          <w:b w:val="0"/>
          <w:sz w:val="26"/>
        </w:rPr>
        <w:t>委 託 人：＿＿＿＿＿＿＿＿（簽章）　　受委託人：＿＿＿＿＿＿＿＿（簽章）</w:t>
      </w:r>
    </w:p>
    <w:p>
      <w:pPr>
        <w:spacing w:after="120" w:before="0"/>
        <w:jc w:val="center"/>
      </w:pPr>
      <w:r>
        <w:rPr>
          <w:rFonts w:ascii="標楷體" w:hAnsi="標楷體" w:eastAsia="標楷體"/>
          <w:b w:val="0"/>
          <w:sz w:val="26"/>
        </w:rPr>
        <w:t>中　華　民　國　　　　年　　　　月　　　　日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注意事項：1. 每 1 會員僅能接受其他會員 1 人之委託。2. 請持本委託書於開會時向報到處報到。3. 本表僅供參考，會員若自行開具「委託書」亦屬有效。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備註：籌備委員、理事、監事應親自出席，不得委託他人代理。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格式依《臺中市社會團體會務手冊》（114 年 7 月版）第 35 頁〈出席委託書〉；一頁兩份，印出後剪開使用。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標楷體" w:hAnsi="標楷體" w:eastAsia="標楷體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