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rFonts w:ascii="標楷體" w:hAnsi="標楷體" w:eastAsia="標楷體"/>
          <w:b/>
          <w:sz w:val="36"/>
        </w:rPr>
        <w:t>臺中市【排球中年】協會徵求會員公告</w:t>
      </w:r>
    </w:p>
    <w:p>
      <w:pPr>
        <w:spacing w:after="120" w:before="0"/>
        <w:ind w:left="737" w:hanging="737"/>
      </w:pPr>
      <w:r>
        <w:rPr>
          <w:rFonts w:ascii="標楷體" w:hAnsi="標楷體" w:eastAsia="標楷體"/>
          <w:b w:val="0"/>
          <w:sz w:val="26"/>
        </w:rPr>
        <w:t>主旨：發起人代表【　　　】已向臺中市政府社會局申請籌組「臺中市【排球中年】協會」，茲公開徵求會員。</w:t>
      </w:r>
    </w:p>
    <w:p>
      <w:pPr>
        <w:spacing w:after="40" w:before="0"/>
      </w:pPr>
      <w:r>
        <w:rPr>
          <w:rFonts w:ascii="標楷體" w:hAnsi="標楷體" w:eastAsia="標楷體"/>
          <w:b w:val="0"/>
          <w:sz w:val="26"/>
        </w:rPr>
        <w:t>公告事項：</w:t>
      </w:r>
    </w:p>
    <w:p>
      <w:pPr>
        <w:spacing w:after="60" w:before="0"/>
        <w:ind w:left="737" w:hanging="737"/>
      </w:pPr>
      <w:r>
        <w:rPr>
          <w:rFonts w:ascii="標楷體" w:hAnsi="標楷體" w:eastAsia="標楷體"/>
          <w:b w:val="0"/>
          <w:sz w:val="26"/>
        </w:rPr>
        <w:t>一、本會宗旨：本會為依法設立、非以營利為目的之公益性社會團體，以推廣排球運動、普及全民運動，促進臺中市中壯年人士身心健康、運動習慣與社會交流為宗旨。</w:t>
      </w:r>
    </w:p>
    <w:p>
      <w:pPr>
        <w:spacing w:after="60" w:before="0"/>
        <w:ind w:left="737" w:hanging="737"/>
      </w:pPr>
      <w:r>
        <w:rPr>
          <w:rFonts w:ascii="標楷體" w:hAnsi="標楷體" w:eastAsia="標楷體"/>
          <w:b w:val="0"/>
          <w:sz w:val="26"/>
        </w:rPr>
        <w:t>二、入會資格：凡贊同本會宗旨、設籍（或工作地）臺中市、成年、有行為能力、熱愛排球運動者，得填具入會申請書申請為個人會員；設籍外縣市或贊助本會經費、資源之團體或個人，得申請為贊助會員。（入會費新臺幣 600 元、常年會費新臺幣 1,200 元，均為暫定，以成立大會通過之章程為準。）</w:t>
      </w:r>
    </w:p>
    <w:p>
      <w:pPr>
        <w:spacing w:after="60" w:before="0"/>
        <w:ind w:left="737" w:hanging="737"/>
      </w:pPr>
      <w:r>
        <w:rPr>
          <w:rFonts w:ascii="標楷體" w:hAnsi="標楷體" w:eastAsia="標楷體"/>
          <w:b w:val="0"/>
          <w:sz w:val="26"/>
        </w:rPr>
        <w:t>三、籌備期間申請入會之截止日期：即日起至【　】年【　】月【　】日止。</w:t>
      </w:r>
    </w:p>
    <w:p>
      <w:pPr>
        <w:spacing w:after="60" w:before="0"/>
      </w:pPr>
      <w:r>
        <w:rPr>
          <w:rFonts w:ascii="標楷體" w:hAnsi="標楷體" w:eastAsia="標楷體"/>
          <w:b w:val="0"/>
          <w:sz w:val="26"/>
        </w:rPr>
        <w:t>四、聯絡方式：</w:t>
      </w:r>
    </w:p>
    <w:p>
      <w:pPr>
        <w:spacing w:after="40" w:before="0"/>
      </w:pPr>
      <w:r>
        <w:rPr>
          <w:rFonts w:ascii="標楷體" w:hAnsi="標楷體" w:eastAsia="標楷體"/>
          <w:b w:val="0"/>
          <w:sz w:val="26"/>
        </w:rPr>
        <w:t xml:space="preserve">　　（一）地址：【　　　　　　　　　　】</w:t>
      </w:r>
    </w:p>
    <w:p>
      <w:pPr>
        <w:spacing w:after="40" w:before="0"/>
      </w:pPr>
      <w:r>
        <w:rPr>
          <w:rFonts w:ascii="標楷體" w:hAnsi="標楷體" w:eastAsia="標楷體"/>
          <w:b w:val="0"/>
          <w:sz w:val="26"/>
        </w:rPr>
        <w:t xml:space="preserve">　　（二）聯絡人：【　】先生／小姐</w:t>
      </w:r>
    </w:p>
    <w:p>
      <w:pPr>
        <w:spacing w:after="40" w:before="0"/>
      </w:pPr>
      <w:r>
        <w:rPr>
          <w:rFonts w:ascii="標楷體" w:hAnsi="標楷體" w:eastAsia="標楷體"/>
          <w:b w:val="0"/>
          <w:sz w:val="26"/>
        </w:rPr>
        <w:t xml:space="preserve">　　（三）電話：【　　　　　】</w:t>
      </w:r>
    </w:p>
    <w:p>
      <w:pPr>
        <w:spacing w:after="40" w:before="0"/>
      </w:pPr>
      <w:r>
        <w:rPr>
          <w:rFonts w:ascii="標楷體" w:hAnsi="標楷體" w:eastAsia="標楷體"/>
          <w:b w:val="0"/>
          <w:sz w:val="26"/>
        </w:rPr>
        <w:t xml:space="preserve">　　（四）電子信箱：【　　　　　】</w:t>
      </w:r>
    </w:p>
    <w:p>
      <w:pPr>
        <w:spacing w:after="360" w:before="0"/>
        <w:ind w:left="737" w:hanging="737"/>
      </w:pPr>
      <w:r>
        <w:rPr>
          <w:rFonts w:ascii="標楷體" w:hAnsi="標楷體" w:eastAsia="標楷體"/>
          <w:b w:val="0"/>
          <w:sz w:val="26"/>
        </w:rPr>
        <w:t>五、入會申請資料如附，請來電（信）索取；亦可於籌備網站 https://group.apium.com.tw 下載。</w:t>
      </w:r>
    </w:p>
    <w:p>
      <w:pPr>
        <w:spacing w:after="120" w:before="0"/>
        <w:jc w:val="right"/>
      </w:pPr>
      <w:r>
        <w:rPr>
          <w:rFonts w:ascii="標楷體" w:hAnsi="標楷體" w:eastAsia="標楷體"/>
          <w:b w:val="0"/>
          <w:sz w:val="26"/>
        </w:rPr>
        <w:t>發起人代表【　　　】（簽名或蓋章）</w:t>
      </w:r>
    </w:p>
    <w:p>
      <w:pPr>
        <w:spacing w:after="360" w:before="0"/>
        <w:jc w:val="right"/>
      </w:pPr>
      <w:r>
        <w:rPr>
          <w:rFonts w:ascii="標楷體" w:hAnsi="標楷體" w:eastAsia="標楷體"/>
          <w:b w:val="0"/>
          <w:sz w:val="26"/>
        </w:rPr>
        <w:t>中華民國【　】年【　】月【　】日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備註：公告方式以「不特定人」可以共見共聞為原則，如以報紙、雜誌、網際網路等方式為之。</w:t>
      </w:r>
    </w:p>
    <w:p>
      <w:pPr>
        <w:spacing w:after="20" w:before="0"/>
      </w:pPr>
      <w:r>
        <w:rPr>
          <w:rFonts w:ascii="標楷體" w:hAnsi="標楷體" w:eastAsia="標楷體"/>
          <w:b w:val="0"/>
          <w:sz w:val="19"/>
        </w:rPr>
        <w:t>【使用說明】格式依《臺中市社會團體會務手冊》（114 年 7 月版）第 18 頁〈徵求會員公告〉。請在收到社會局「准予籌組」公文後才公告。LINE 群組屬於封閉群組，不算「不特定人」可共見共聞，請另外公告在公開網頁（例如本籌備網站或公開粉絲專頁）並截圖留存。宗旨與入會資格文字取自章程草案 v0.2 第二條、第七條，章程如有修改請一併修正。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標楷體" w:hAnsi="標楷體" w:eastAsia="標楷體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